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29CB3" w14:textId="77777777" w:rsidR="00EC56CF" w:rsidRPr="00EC56CF" w:rsidRDefault="00EC56CF">
      <w:pPr>
        <w:jc w:val="center"/>
        <w:rPr>
          <w:rFonts w:asciiTheme="majorHAnsi" w:hAnsiTheme="majorHAnsi" w:cstheme="majorHAnsi"/>
          <w:b/>
          <w:color w:val="005EB8"/>
          <w:sz w:val="20"/>
        </w:rPr>
      </w:pPr>
    </w:p>
    <w:p w14:paraId="1D623A3A" w14:textId="77777777" w:rsidR="009533D2" w:rsidRPr="00EC56CF" w:rsidRDefault="00000000">
      <w:pPr>
        <w:pStyle w:val="DocTitle"/>
        <w:jc w:val="center"/>
        <w:rPr>
          <w:rFonts w:asciiTheme="majorHAnsi" w:hAnsiTheme="majorHAnsi" w:cstheme="majorHAnsi"/>
        </w:rPr>
      </w:pPr>
      <w:r w:rsidRPr="00EC56CF">
        <w:rPr>
          <w:rFonts w:asciiTheme="majorHAnsi" w:hAnsiTheme="majorHAnsi" w:cstheme="majorHAnsi"/>
        </w:rPr>
        <w:t>FORMULARZ ZGŁOSZENIOWY</w:t>
      </w:r>
    </w:p>
    <w:p w14:paraId="5C607B6A" w14:textId="77777777" w:rsidR="009533D2" w:rsidRPr="00EC56CF" w:rsidRDefault="00000000">
      <w:pPr>
        <w:jc w:val="center"/>
        <w:rPr>
          <w:rFonts w:asciiTheme="majorHAnsi" w:hAnsiTheme="majorHAnsi" w:cstheme="majorHAnsi"/>
        </w:rPr>
      </w:pPr>
      <w:r w:rsidRPr="00EC56CF">
        <w:rPr>
          <w:rFonts w:asciiTheme="majorHAnsi" w:hAnsiTheme="majorHAnsi" w:cstheme="majorHAnsi"/>
          <w:b/>
          <w:color w:val="16753A"/>
          <w:sz w:val="26"/>
        </w:rPr>
        <w:t>Konkurs „Jak ponownie wykorzystać odpad?”</w:t>
      </w:r>
    </w:p>
    <w:p w14:paraId="7C6B821F" w14:textId="77777777" w:rsidR="009533D2" w:rsidRDefault="00000000">
      <w:pPr>
        <w:jc w:val="center"/>
        <w:rPr>
          <w:rFonts w:asciiTheme="majorHAnsi" w:hAnsiTheme="majorHAnsi" w:cstheme="majorHAnsi"/>
          <w:sz w:val="18"/>
        </w:rPr>
      </w:pPr>
      <w:r w:rsidRPr="00EC56CF">
        <w:rPr>
          <w:rFonts w:asciiTheme="majorHAnsi" w:hAnsiTheme="majorHAnsi" w:cstheme="majorHAnsi"/>
          <w:sz w:val="18"/>
        </w:rPr>
        <w:t xml:space="preserve">Termin konkursu: 14.09.2026–02.10.2026  •  Miejsce składania prac: ZGK w Łącku, </w:t>
      </w:r>
      <w:proofErr w:type="spellStart"/>
      <w:r w:rsidRPr="00EC56CF">
        <w:rPr>
          <w:rFonts w:asciiTheme="majorHAnsi" w:hAnsiTheme="majorHAnsi" w:cstheme="majorHAnsi"/>
          <w:sz w:val="18"/>
        </w:rPr>
        <w:t>Łącko</w:t>
      </w:r>
      <w:proofErr w:type="spellEnd"/>
      <w:r w:rsidRPr="00EC56CF">
        <w:rPr>
          <w:rFonts w:asciiTheme="majorHAnsi" w:hAnsiTheme="majorHAnsi" w:cstheme="majorHAnsi"/>
          <w:sz w:val="18"/>
        </w:rPr>
        <w:t xml:space="preserve"> 755</w:t>
      </w:r>
    </w:p>
    <w:p w14:paraId="0A10A5AD" w14:textId="77777777" w:rsidR="008B2593" w:rsidRDefault="008B2593">
      <w:pPr>
        <w:jc w:val="center"/>
        <w:rPr>
          <w:rFonts w:asciiTheme="majorHAnsi" w:hAnsiTheme="majorHAnsi" w:cstheme="majorHAnsi"/>
          <w:sz w:val="18"/>
        </w:rPr>
      </w:pPr>
    </w:p>
    <w:p w14:paraId="007EC66C" w14:textId="77777777" w:rsidR="008B2593" w:rsidRPr="00EC56CF" w:rsidRDefault="008B2593">
      <w:pPr>
        <w:jc w:val="center"/>
        <w:rPr>
          <w:rFonts w:asciiTheme="majorHAnsi" w:hAnsiTheme="majorHAnsi" w:cstheme="maj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9533D2" w:rsidRPr="00EC56CF" w14:paraId="4123D9B9" w14:textId="77777777" w:rsidTr="00EC56CF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436BDFB0" w14:textId="77777777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b/>
                <w:sz w:val="19"/>
              </w:rPr>
              <w:t>Imię i nazwisko ucznia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1C7149AB" w14:textId="1E104382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</w:t>
            </w:r>
            <w:r w:rsidR="00EC56CF">
              <w:rPr>
                <w:rFonts w:asciiTheme="majorHAnsi" w:hAnsiTheme="majorHAnsi" w:cstheme="majorHAnsi"/>
                <w:sz w:val="20"/>
              </w:rPr>
              <w:t>.......</w:t>
            </w:r>
            <w:r w:rsidRPr="00EC56CF">
              <w:rPr>
                <w:rFonts w:asciiTheme="majorHAnsi" w:hAnsiTheme="majorHAnsi" w:cstheme="majorHAnsi"/>
                <w:sz w:val="20"/>
              </w:rPr>
              <w:t>......................</w:t>
            </w:r>
          </w:p>
        </w:tc>
      </w:tr>
      <w:tr w:rsidR="009533D2" w:rsidRPr="00EC56CF" w14:paraId="00ABB1A2" w14:textId="77777777" w:rsidTr="00EC56CF">
        <w:trPr>
          <w:cantSplit/>
          <w:jc w:val="center"/>
        </w:trPr>
        <w:tc>
          <w:tcPr>
            <w:tcW w:w="4986" w:type="dxa"/>
            <w:shd w:val="clear" w:color="auto" w:fill="F5F8F5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17645551" w14:textId="77777777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b/>
                <w:sz w:val="19"/>
              </w:rPr>
              <w:t>Klasa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F29C65C" w14:textId="70FAA612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</w:t>
            </w:r>
            <w:r w:rsidR="00EC56CF" w:rsidRPr="00EC56CF">
              <w:rPr>
                <w:rFonts w:asciiTheme="majorHAnsi" w:hAnsiTheme="majorHAnsi" w:cstheme="majorHAnsi"/>
                <w:sz w:val="20"/>
              </w:rPr>
              <w:t>.................................</w:t>
            </w:r>
            <w:r w:rsidR="00EC56CF">
              <w:rPr>
                <w:rFonts w:asciiTheme="majorHAnsi" w:hAnsiTheme="majorHAnsi" w:cstheme="majorHAnsi"/>
                <w:sz w:val="20"/>
              </w:rPr>
              <w:t>........</w:t>
            </w:r>
            <w:r w:rsidR="00EC56CF" w:rsidRPr="00EC56CF">
              <w:rPr>
                <w:rFonts w:asciiTheme="majorHAnsi" w:hAnsiTheme="majorHAnsi" w:cstheme="majorHAnsi"/>
                <w:sz w:val="20"/>
              </w:rPr>
              <w:t>........</w:t>
            </w:r>
            <w:r w:rsidR="00EC56CF">
              <w:rPr>
                <w:rFonts w:asciiTheme="majorHAnsi" w:hAnsiTheme="majorHAnsi" w:cstheme="majorHAnsi"/>
                <w:sz w:val="20"/>
              </w:rPr>
              <w:t>.</w:t>
            </w:r>
            <w:r w:rsidR="00EC56CF" w:rsidRPr="00EC56CF">
              <w:rPr>
                <w:rFonts w:asciiTheme="majorHAnsi" w:hAnsiTheme="majorHAnsi" w:cstheme="majorHAnsi"/>
                <w:sz w:val="20"/>
              </w:rPr>
              <w:t>...........</w:t>
            </w:r>
            <w:r w:rsidRPr="00EC56CF">
              <w:rPr>
                <w:rFonts w:asciiTheme="majorHAnsi" w:hAnsiTheme="majorHAnsi" w:cstheme="majorHAnsi"/>
                <w:sz w:val="20"/>
              </w:rPr>
              <w:t>.</w:t>
            </w:r>
          </w:p>
        </w:tc>
      </w:tr>
      <w:tr w:rsidR="009533D2" w:rsidRPr="00EC56CF" w14:paraId="404A36DC" w14:textId="77777777" w:rsidTr="00EC56CF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55CA5138" w14:textId="77777777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b/>
                <w:sz w:val="19"/>
              </w:rPr>
              <w:t>Nazwa szkoły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4D9AA21E" w14:textId="5B5C1C1E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</w:t>
            </w:r>
            <w:r w:rsidR="00EC56CF">
              <w:rPr>
                <w:rFonts w:asciiTheme="majorHAnsi" w:hAnsiTheme="majorHAnsi" w:cstheme="majorHAnsi"/>
                <w:sz w:val="20"/>
              </w:rPr>
              <w:t>.......</w:t>
            </w:r>
            <w:r w:rsidRPr="00EC56CF">
              <w:rPr>
                <w:rFonts w:asciiTheme="majorHAnsi" w:hAnsiTheme="majorHAnsi" w:cstheme="majorHAnsi"/>
                <w:sz w:val="20"/>
              </w:rPr>
              <w:t>......</w:t>
            </w:r>
            <w:r w:rsidR="00EC56CF">
              <w:rPr>
                <w:rFonts w:asciiTheme="majorHAnsi" w:hAnsiTheme="majorHAnsi" w:cstheme="majorHAnsi"/>
                <w:sz w:val="20"/>
              </w:rPr>
              <w:t>..</w:t>
            </w:r>
            <w:r w:rsidRPr="00EC56CF">
              <w:rPr>
                <w:rFonts w:asciiTheme="majorHAnsi" w:hAnsiTheme="majorHAnsi" w:cstheme="majorHAnsi"/>
                <w:sz w:val="20"/>
              </w:rPr>
              <w:t>...............</w:t>
            </w:r>
          </w:p>
        </w:tc>
      </w:tr>
      <w:tr w:rsidR="009533D2" w:rsidRPr="00EC56CF" w14:paraId="72701C71" w14:textId="77777777" w:rsidTr="00EC56CF">
        <w:trPr>
          <w:cantSplit/>
          <w:jc w:val="center"/>
        </w:trPr>
        <w:tc>
          <w:tcPr>
            <w:tcW w:w="4986" w:type="dxa"/>
            <w:shd w:val="clear" w:color="auto" w:fill="F5F8F5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A276737" w14:textId="77777777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b/>
                <w:sz w:val="19"/>
              </w:rPr>
              <w:t>Tytuł pracy (opcjonalnie)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54AFAC41" w14:textId="251F25D7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</w:t>
            </w:r>
            <w:r w:rsidR="00EC56CF">
              <w:rPr>
                <w:rFonts w:asciiTheme="majorHAnsi" w:hAnsiTheme="majorHAnsi" w:cstheme="majorHAnsi"/>
                <w:sz w:val="20"/>
              </w:rPr>
              <w:t>........</w:t>
            </w:r>
            <w:r w:rsidRPr="00EC56CF">
              <w:rPr>
                <w:rFonts w:asciiTheme="majorHAnsi" w:hAnsiTheme="majorHAnsi" w:cstheme="majorHAnsi"/>
                <w:sz w:val="20"/>
              </w:rPr>
              <w:t>............</w:t>
            </w:r>
            <w:r w:rsidR="00EC56CF">
              <w:rPr>
                <w:rFonts w:asciiTheme="majorHAnsi" w:hAnsiTheme="majorHAnsi" w:cstheme="majorHAnsi"/>
                <w:sz w:val="20"/>
              </w:rPr>
              <w:t>..</w:t>
            </w:r>
            <w:r w:rsidRPr="00EC56CF">
              <w:rPr>
                <w:rFonts w:asciiTheme="majorHAnsi" w:hAnsiTheme="majorHAnsi" w:cstheme="majorHAnsi"/>
                <w:sz w:val="20"/>
              </w:rPr>
              <w:t>.............</w:t>
            </w:r>
          </w:p>
        </w:tc>
      </w:tr>
      <w:tr w:rsidR="009533D2" w:rsidRPr="00EC56CF" w14:paraId="25F794F1" w14:textId="77777777" w:rsidTr="00EC56CF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52000B4B" w14:textId="77777777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b/>
                <w:sz w:val="19"/>
              </w:rPr>
              <w:t>Imię i nazwisko nauczyciela/opiekuna szkolnego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66BE19FB" w14:textId="38D66F14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</w:t>
            </w:r>
            <w:r w:rsidR="00EC56CF">
              <w:rPr>
                <w:rFonts w:asciiTheme="majorHAnsi" w:hAnsiTheme="majorHAnsi" w:cstheme="majorHAnsi"/>
                <w:sz w:val="20"/>
              </w:rPr>
              <w:t>.........</w:t>
            </w:r>
            <w:r w:rsidRPr="00EC56CF">
              <w:rPr>
                <w:rFonts w:asciiTheme="majorHAnsi" w:hAnsiTheme="majorHAnsi" w:cstheme="majorHAnsi"/>
                <w:sz w:val="20"/>
              </w:rPr>
              <w:t>....................</w:t>
            </w:r>
          </w:p>
        </w:tc>
      </w:tr>
      <w:tr w:rsidR="009533D2" w:rsidRPr="00EC56CF" w14:paraId="32D2EFD9" w14:textId="77777777" w:rsidTr="00EC56CF">
        <w:trPr>
          <w:cantSplit/>
          <w:jc w:val="center"/>
        </w:trPr>
        <w:tc>
          <w:tcPr>
            <w:tcW w:w="4986" w:type="dxa"/>
            <w:shd w:val="clear" w:color="auto" w:fill="F5F8F5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619A477" w14:textId="77777777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b/>
                <w:sz w:val="19"/>
              </w:rPr>
              <w:t>Numer telefonu kontaktowego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40C72493" w14:textId="67B92828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</w:t>
            </w:r>
            <w:r w:rsidR="00EC56CF">
              <w:rPr>
                <w:rFonts w:asciiTheme="majorHAnsi" w:hAnsiTheme="majorHAnsi" w:cstheme="majorHAnsi"/>
                <w:sz w:val="20"/>
              </w:rPr>
              <w:t>..........</w:t>
            </w:r>
            <w:r w:rsidRPr="00EC56CF">
              <w:rPr>
                <w:rFonts w:asciiTheme="majorHAnsi" w:hAnsiTheme="majorHAnsi" w:cstheme="majorHAnsi"/>
                <w:sz w:val="20"/>
              </w:rPr>
              <w:t>...............</w:t>
            </w:r>
          </w:p>
        </w:tc>
      </w:tr>
      <w:tr w:rsidR="009533D2" w:rsidRPr="00EC56CF" w14:paraId="4087E736" w14:textId="77777777" w:rsidTr="00EC56CF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61482681" w14:textId="77777777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b/>
                <w:sz w:val="19"/>
              </w:rPr>
              <w:t>Adres e-mail kontaktowy (opcjonalnie)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7FA186D" w14:textId="70FA2BEA" w:rsidR="009533D2" w:rsidRPr="00EC56CF" w:rsidRDefault="00000000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</w:tbl>
    <w:p w14:paraId="38BDE5C0" w14:textId="77777777" w:rsidR="009533D2" w:rsidRPr="00EC56CF" w:rsidRDefault="009533D2">
      <w:pPr>
        <w:rPr>
          <w:rFonts w:asciiTheme="majorHAnsi" w:hAnsiTheme="majorHAnsi" w:cstheme="majorHAnsi"/>
        </w:rPr>
      </w:pPr>
    </w:p>
    <w:p w14:paraId="6823B623" w14:textId="77777777" w:rsidR="009533D2" w:rsidRPr="00EC56CF" w:rsidRDefault="00000000">
      <w:pPr>
        <w:rPr>
          <w:rFonts w:asciiTheme="majorHAnsi" w:hAnsiTheme="majorHAnsi" w:cstheme="majorHAnsi"/>
        </w:rPr>
      </w:pPr>
      <w:r w:rsidRPr="00EC56CF">
        <w:rPr>
          <w:rFonts w:asciiTheme="majorHAnsi" w:hAnsiTheme="majorHAnsi" w:cstheme="majorHAnsi"/>
          <w:b/>
        </w:rPr>
        <w:t xml:space="preserve">Kategoria wiekowa:  </w:t>
      </w:r>
      <w:r w:rsidRPr="00EC56CF">
        <w:rPr>
          <w:rFonts w:ascii="Segoe UI Symbol" w:hAnsi="Segoe UI Symbol" w:cs="Segoe UI Symbol"/>
          <w:b/>
        </w:rPr>
        <w:t>☐</w:t>
      </w:r>
      <w:r w:rsidRPr="00EC56CF">
        <w:rPr>
          <w:rFonts w:asciiTheme="majorHAnsi" w:hAnsiTheme="majorHAnsi" w:cstheme="majorHAnsi"/>
          <w:b/>
        </w:rPr>
        <w:t xml:space="preserve"> klasy I</w:t>
      </w:r>
      <w:r w:rsidRPr="00EC56CF">
        <w:rPr>
          <w:rFonts w:ascii="Calibri" w:hAnsi="Calibri" w:cs="Calibri"/>
          <w:b/>
        </w:rPr>
        <w:t>–</w:t>
      </w:r>
      <w:r w:rsidRPr="00EC56CF">
        <w:rPr>
          <w:rFonts w:asciiTheme="majorHAnsi" w:hAnsiTheme="majorHAnsi" w:cstheme="majorHAnsi"/>
          <w:b/>
        </w:rPr>
        <w:t xml:space="preserve">III     </w:t>
      </w:r>
      <w:r w:rsidRPr="00EC56CF">
        <w:rPr>
          <w:rFonts w:ascii="Segoe UI Symbol" w:hAnsi="Segoe UI Symbol" w:cs="Segoe UI Symbol"/>
          <w:b/>
        </w:rPr>
        <w:t>☐</w:t>
      </w:r>
      <w:r w:rsidRPr="00EC56CF">
        <w:rPr>
          <w:rFonts w:asciiTheme="majorHAnsi" w:hAnsiTheme="majorHAnsi" w:cstheme="majorHAnsi"/>
          <w:b/>
        </w:rPr>
        <w:t xml:space="preserve"> klasy IV</w:t>
      </w:r>
      <w:r w:rsidRPr="00EC56CF">
        <w:rPr>
          <w:rFonts w:ascii="Calibri" w:hAnsi="Calibri" w:cs="Calibri"/>
          <w:b/>
        </w:rPr>
        <w:t>–</w:t>
      </w:r>
      <w:r w:rsidRPr="00EC56CF">
        <w:rPr>
          <w:rFonts w:asciiTheme="majorHAnsi" w:hAnsiTheme="majorHAnsi" w:cstheme="majorHAnsi"/>
          <w:b/>
        </w:rPr>
        <w:t xml:space="preserve">VI     </w:t>
      </w:r>
      <w:r w:rsidRPr="00EC56CF">
        <w:rPr>
          <w:rFonts w:ascii="Segoe UI Symbol" w:hAnsi="Segoe UI Symbol" w:cs="Segoe UI Symbol"/>
          <w:b/>
        </w:rPr>
        <w:t>☐</w:t>
      </w:r>
      <w:r w:rsidRPr="00EC56CF">
        <w:rPr>
          <w:rFonts w:asciiTheme="majorHAnsi" w:hAnsiTheme="majorHAnsi" w:cstheme="majorHAnsi"/>
          <w:b/>
        </w:rPr>
        <w:t xml:space="preserve"> klasy VII</w:t>
      </w:r>
      <w:r w:rsidRPr="00EC56CF">
        <w:rPr>
          <w:rFonts w:ascii="Calibri" w:hAnsi="Calibri" w:cs="Calibri"/>
          <w:b/>
        </w:rPr>
        <w:t>–</w:t>
      </w:r>
      <w:r w:rsidRPr="00EC56CF">
        <w:rPr>
          <w:rFonts w:asciiTheme="majorHAnsi" w:hAnsiTheme="majorHAnsi" w:cstheme="majorHAnsi"/>
          <w:b/>
        </w:rPr>
        <w:t>VIII</w:t>
      </w:r>
    </w:p>
    <w:p w14:paraId="0CEB88F6" w14:textId="77777777" w:rsidR="00EC56CF" w:rsidRPr="00EC56CF" w:rsidRDefault="00EC56CF">
      <w:pPr>
        <w:rPr>
          <w:rFonts w:asciiTheme="majorHAnsi" w:hAnsiTheme="majorHAnsi" w:cstheme="majorHAnsi"/>
        </w:rPr>
      </w:pPr>
    </w:p>
    <w:p w14:paraId="7451FF94" w14:textId="77777777" w:rsidR="00EC56CF" w:rsidRPr="00EC56CF" w:rsidRDefault="00EC56CF">
      <w:pPr>
        <w:rPr>
          <w:rFonts w:asciiTheme="majorHAnsi" w:hAnsiTheme="majorHAnsi" w:cstheme="majorHAnsi"/>
          <w:sz w:val="22"/>
        </w:rPr>
      </w:pPr>
    </w:p>
    <w:p w14:paraId="3D0F502E" w14:textId="61542666" w:rsidR="009533D2" w:rsidRPr="00EC56CF" w:rsidRDefault="00000000">
      <w:pPr>
        <w:rPr>
          <w:rFonts w:asciiTheme="majorHAnsi" w:hAnsiTheme="majorHAnsi" w:cstheme="majorHAnsi"/>
          <w:sz w:val="22"/>
        </w:rPr>
      </w:pPr>
      <w:proofErr w:type="spellStart"/>
      <w:r w:rsidRPr="00EC56CF">
        <w:rPr>
          <w:rFonts w:asciiTheme="majorHAnsi" w:hAnsiTheme="majorHAnsi" w:cstheme="majorHAnsi"/>
          <w:sz w:val="22"/>
        </w:rPr>
        <w:t>Oświadczam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że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zapoznałem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/am </w:t>
      </w:r>
      <w:proofErr w:type="spellStart"/>
      <w:r w:rsidRPr="00EC56CF">
        <w:rPr>
          <w:rFonts w:asciiTheme="majorHAnsi" w:hAnsiTheme="majorHAnsi" w:cstheme="majorHAnsi"/>
          <w:sz w:val="22"/>
        </w:rPr>
        <w:t>się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z Regulaminem Konkursu i </w:t>
      </w:r>
      <w:proofErr w:type="spellStart"/>
      <w:r w:rsidRPr="00EC56CF">
        <w:rPr>
          <w:rFonts w:asciiTheme="majorHAnsi" w:hAnsiTheme="majorHAnsi" w:cstheme="majorHAnsi"/>
          <w:sz w:val="22"/>
        </w:rPr>
        <w:t>akceptuję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jego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postanowienia</w:t>
      </w:r>
      <w:proofErr w:type="spellEnd"/>
      <w:r w:rsidRPr="00EC56CF">
        <w:rPr>
          <w:rFonts w:asciiTheme="majorHAnsi" w:hAnsiTheme="majorHAnsi" w:cstheme="majorHAnsi"/>
          <w:sz w:val="22"/>
        </w:rPr>
        <w:t>.</w:t>
      </w:r>
    </w:p>
    <w:p w14:paraId="4AC7D465" w14:textId="77777777" w:rsidR="00EC56CF" w:rsidRPr="00EC56CF" w:rsidRDefault="00EC56CF">
      <w:pPr>
        <w:rPr>
          <w:rFonts w:asciiTheme="majorHAnsi" w:hAnsiTheme="majorHAnsi" w:cstheme="majorHAnsi"/>
          <w:sz w:val="22"/>
        </w:rPr>
      </w:pPr>
    </w:p>
    <w:p w14:paraId="05F7D4C3" w14:textId="77777777" w:rsidR="00EC56CF" w:rsidRPr="00EC56CF" w:rsidRDefault="00EC56CF">
      <w:pPr>
        <w:rPr>
          <w:rFonts w:asciiTheme="majorHAnsi" w:hAnsiTheme="majorHAnsi" w:cstheme="majorHAnsi"/>
          <w:sz w:val="22"/>
        </w:rPr>
      </w:pPr>
    </w:p>
    <w:p w14:paraId="0F83CB08" w14:textId="77777777" w:rsidR="009533D2" w:rsidRPr="00EC56CF" w:rsidRDefault="00000000">
      <w:pPr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sz w:val="22"/>
        </w:rPr>
        <w:br/>
        <w:t>Data: ........................................     Podpis rodzica/opiekuna prawnego: ............................................................</w:t>
      </w:r>
    </w:p>
    <w:p w14:paraId="4E10AEF9" w14:textId="77777777" w:rsidR="009533D2" w:rsidRPr="00EC56CF" w:rsidRDefault="00000000">
      <w:pPr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sz w:val="22"/>
        </w:rPr>
        <w:br w:type="page"/>
      </w:r>
    </w:p>
    <w:p w14:paraId="5199957C" w14:textId="77777777" w:rsidR="00EC56CF" w:rsidRPr="00EC56CF" w:rsidRDefault="00EC56CF" w:rsidP="00EC56CF">
      <w:pPr>
        <w:keepNext/>
        <w:spacing w:after="80" w:line="276" w:lineRule="auto"/>
        <w:jc w:val="center"/>
        <w:rPr>
          <w:rFonts w:asciiTheme="majorHAnsi" w:hAnsiTheme="majorHAnsi" w:cstheme="majorHAnsi"/>
          <w:b/>
          <w:sz w:val="38"/>
        </w:rPr>
      </w:pPr>
      <w:r w:rsidRPr="00EC56CF">
        <w:rPr>
          <w:rFonts w:asciiTheme="majorHAnsi" w:hAnsiTheme="majorHAnsi" w:cstheme="majorHAnsi"/>
          <w:b/>
          <w:sz w:val="38"/>
        </w:rPr>
        <w:lastRenderedPageBreak/>
        <w:t>ZGODA RODZICA/OPIEKUNA PRAWNEGO</w:t>
      </w:r>
    </w:p>
    <w:p w14:paraId="0C089EA6" w14:textId="77777777" w:rsidR="00EC56CF" w:rsidRPr="00EC56CF" w:rsidRDefault="00EC56CF" w:rsidP="00EC56CF">
      <w:pPr>
        <w:jc w:val="center"/>
        <w:rPr>
          <w:rFonts w:asciiTheme="majorHAnsi" w:hAnsiTheme="majorHAnsi" w:cstheme="majorHAnsi"/>
          <w:b/>
          <w:color w:val="16753A"/>
          <w:sz w:val="22"/>
        </w:rPr>
      </w:pPr>
      <w:proofErr w:type="spellStart"/>
      <w:r w:rsidRPr="00EC56CF">
        <w:rPr>
          <w:rFonts w:asciiTheme="majorHAnsi" w:hAnsiTheme="majorHAnsi" w:cstheme="majorHAnsi"/>
          <w:b/>
          <w:color w:val="16753A"/>
          <w:sz w:val="22"/>
        </w:rPr>
        <w:t>oraz</w:t>
      </w:r>
      <w:proofErr w:type="spellEnd"/>
      <w:r w:rsidRPr="00EC56CF">
        <w:rPr>
          <w:rFonts w:asciiTheme="majorHAnsi" w:hAnsiTheme="majorHAnsi" w:cstheme="majorHAnsi"/>
          <w:b/>
          <w:color w:val="16753A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b/>
          <w:color w:val="16753A"/>
          <w:sz w:val="22"/>
        </w:rPr>
        <w:t>klauzula</w:t>
      </w:r>
      <w:proofErr w:type="spellEnd"/>
      <w:r w:rsidRPr="00EC56CF">
        <w:rPr>
          <w:rFonts w:asciiTheme="majorHAnsi" w:hAnsiTheme="majorHAnsi" w:cstheme="majorHAnsi"/>
          <w:b/>
          <w:color w:val="16753A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b/>
          <w:color w:val="16753A"/>
          <w:sz w:val="22"/>
        </w:rPr>
        <w:t>informacyjna</w:t>
      </w:r>
      <w:proofErr w:type="spellEnd"/>
      <w:r w:rsidRPr="00EC56CF">
        <w:rPr>
          <w:rFonts w:asciiTheme="majorHAnsi" w:hAnsiTheme="majorHAnsi" w:cstheme="majorHAnsi"/>
          <w:b/>
          <w:color w:val="16753A"/>
          <w:sz w:val="22"/>
        </w:rPr>
        <w:t xml:space="preserve"> RODO</w:t>
      </w:r>
    </w:p>
    <w:p w14:paraId="41BB0FA9" w14:textId="77777777" w:rsidR="00EC56CF" w:rsidRPr="00EC56CF" w:rsidRDefault="00EC56CF" w:rsidP="00EC56CF">
      <w:pPr>
        <w:jc w:val="center"/>
        <w:rPr>
          <w:rFonts w:asciiTheme="majorHAnsi" w:hAnsiTheme="majorHAnsi" w:cstheme="majorHAnsi"/>
          <w:sz w:val="22"/>
        </w:rPr>
      </w:pPr>
    </w:p>
    <w:p w14:paraId="40549991" w14:textId="18F707B0" w:rsidR="00EC56CF" w:rsidRPr="00EC56CF" w:rsidRDefault="00EC56CF" w:rsidP="00EC56CF">
      <w:pPr>
        <w:rPr>
          <w:rFonts w:asciiTheme="majorHAnsi" w:hAnsiTheme="majorHAnsi" w:cstheme="majorHAnsi"/>
          <w:sz w:val="22"/>
        </w:rPr>
      </w:pPr>
      <w:proofErr w:type="spellStart"/>
      <w:r w:rsidRPr="00EC56CF">
        <w:rPr>
          <w:rFonts w:asciiTheme="majorHAnsi" w:hAnsiTheme="majorHAnsi" w:cstheme="majorHAnsi"/>
          <w:sz w:val="22"/>
        </w:rPr>
        <w:t>Miejscowość</w:t>
      </w:r>
      <w:proofErr w:type="spellEnd"/>
      <w:r w:rsidRPr="00EC56CF">
        <w:rPr>
          <w:rFonts w:asciiTheme="majorHAnsi" w:hAnsiTheme="majorHAnsi" w:cstheme="majorHAnsi"/>
          <w:sz w:val="22"/>
        </w:rPr>
        <w:t>: ............................................................   data:.....................................................................................</w:t>
      </w:r>
    </w:p>
    <w:p w14:paraId="08941AFC" w14:textId="77777777" w:rsidR="00EC56CF" w:rsidRPr="00EC56CF" w:rsidRDefault="00EC56CF" w:rsidP="00EC56CF">
      <w:pPr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sz w:val="22"/>
        </w:rPr>
        <w:t xml:space="preserve">Ja, </w:t>
      </w:r>
      <w:proofErr w:type="spellStart"/>
      <w:r w:rsidRPr="00EC56CF">
        <w:rPr>
          <w:rFonts w:asciiTheme="majorHAnsi" w:hAnsiTheme="majorHAnsi" w:cstheme="majorHAnsi"/>
          <w:sz w:val="22"/>
        </w:rPr>
        <w:t>niżej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podpisany</w:t>
      </w:r>
      <w:proofErr w:type="spellEnd"/>
      <w:r w:rsidRPr="00EC56CF">
        <w:rPr>
          <w:rFonts w:asciiTheme="majorHAnsi" w:hAnsiTheme="majorHAnsi" w:cstheme="majorHAnsi"/>
          <w:sz w:val="22"/>
        </w:rPr>
        <w:t>/a:</w:t>
      </w:r>
    </w:p>
    <w:p w14:paraId="34DBD7B7" w14:textId="491235D1" w:rsidR="00EC56CF" w:rsidRPr="00EC56CF" w:rsidRDefault="00EC56CF" w:rsidP="00EC56CF">
      <w:pPr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sz w:val="22"/>
        </w:rPr>
        <w:t>...................................................................................................................................................................................</w:t>
      </w:r>
      <w:r w:rsidRPr="00EC56CF">
        <w:rPr>
          <w:rFonts w:asciiTheme="majorHAnsi" w:hAnsiTheme="majorHAnsi" w:cstheme="majorHAnsi"/>
          <w:sz w:val="22"/>
        </w:rPr>
        <w:br/>
        <w:t>(</w:t>
      </w:r>
      <w:proofErr w:type="spellStart"/>
      <w:r w:rsidRPr="00EC56CF">
        <w:rPr>
          <w:rFonts w:asciiTheme="majorHAnsi" w:hAnsiTheme="majorHAnsi" w:cstheme="majorHAnsi"/>
          <w:sz w:val="22"/>
        </w:rPr>
        <w:t>imię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EC56CF">
        <w:rPr>
          <w:rFonts w:asciiTheme="majorHAnsi" w:hAnsiTheme="majorHAnsi" w:cstheme="majorHAnsi"/>
          <w:sz w:val="22"/>
        </w:rPr>
        <w:t>nazwisko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rodzica</w:t>
      </w:r>
      <w:proofErr w:type="spellEnd"/>
      <w:r w:rsidRPr="00EC56CF">
        <w:rPr>
          <w:rFonts w:asciiTheme="majorHAnsi" w:hAnsiTheme="majorHAnsi" w:cstheme="majorHAnsi"/>
          <w:sz w:val="22"/>
        </w:rPr>
        <w:t>/</w:t>
      </w:r>
      <w:proofErr w:type="spellStart"/>
      <w:r w:rsidRPr="00EC56CF">
        <w:rPr>
          <w:rFonts w:asciiTheme="majorHAnsi" w:hAnsiTheme="majorHAnsi" w:cstheme="majorHAnsi"/>
          <w:sz w:val="22"/>
        </w:rPr>
        <w:t>opiekuna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prawnego</w:t>
      </w:r>
      <w:proofErr w:type="spellEnd"/>
      <w:r w:rsidRPr="00EC56CF">
        <w:rPr>
          <w:rFonts w:asciiTheme="majorHAnsi" w:hAnsiTheme="majorHAnsi" w:cstheme="majorHAnsi"/>
          <w:sz w:val="22"/>
        </w:rPr>
        <w:t>)</w:t>
      </w:r>
    </w:p>
    <w:p w14:paraId="70EF5AB9" w14:textId="77777777" w:rsidR="00EC56CF" w:rsidRPr="00EC56CF" w:rsidRDefault="00EC56CF" w:rsidP="00EC56CF">
      <w:pPr>
        <w:rPr>
          <w:rFonts w:asciiTheme="majorHAnsi" w:hAnsiTheme="majorHAnsi" w:cstheme="majorHAnsi"/>
          <w:sz w:val="22"/>
        </w:rPr>
      </w:pPr>
      <w:proofErr w:type="spellStart"/>
      <w:r w:rsidRPr="00EC56CF">
        <w:rPr>
          <w:rFonts w:asciiTheme="majorHAnsi" w:hAnsiTheme="majorHAnsi" w:cstheme="majorHAnsi"/>
          <w:sz w:val="22"/>
        </w:rPr>
        <w:t>wyrażam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zgodę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udział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mojego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dziecka</w:t>
      </w:r>
      <w:proofErr w:type="spellEnd"/>
      <w:r w:rsidRPr="00EC56CF">
        <w:rPr>
          <w:rFonts w:asciiTheme="majorHAnsi" w:hAnsiTheme="majorHAnsi" w:cstheme="majorHAnsi"/>
          <w:sz w:val="22"/>
        </w:rPr>
        <w:t>:</w:t>
      </w:r>
    </w:p>
    <w:p w14:paraId="297863D8" w14:textId="51EC954F" w:rsidR="00EC56CF" w:rsidRPr="00EC56CF" w:rsidRDefault="00EC56CF" w:rsidP="00EC56CF">
      <w:pPr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sz w:val="22"/>
        </w:rPr>
        <w:t>...................................................................................................................................................................................</w:t>
      </w:r>
      <w:r w:rsidRPr="00EC56CF">
        <w:rPr>
          <w:rFonts w:asciiTheme="majorHAnsi" w:hAnsiTheme="majorHAnsi" w:cstheme="majorHAnsi"/>
          <w:sz w:val="22"/>
        </w:rPr>
        <w:br/>
        <w:t>(</w:t>
      </w:r>
      <w:proofErr w:type="spellStart"/>
      <w:r w:rsidRPr="00EC56CF">
        <w:rPr>
          <w:rFonts w:asciiTheme="majorHAnsi" w:hAnsiTheme="majorHAnsi" w:cstheme="majorHAnsi"/>
          <w:sz w:val="22"/>
        </w:rPr>
        <w:t>imię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EC56CF">
        <w:rPr>
          <w:rFonts w:asciiTheme="majorHAnsi" w:hAnsiTheme="majorHAnsi" w:cstheme="majorHAnsi"/>
          <w:sz w:val="22"/>
        </w:rPr>
        <w:t>nazwisko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dziecka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klasa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szkoła</w:t>
      </w:r>
      <w:proofErr w:type="spellEnd"/>
      <w:r w:rsidRPr="00EC56CF">
        <w:rPr>
          <w:rFonts w:asciiTheme="majorHAnsi" w:hAnsiTheme="majorHAnsi" w:cstheme="majorHAnsi"/>
          <w:sz w:val="22"/>
        </w:rPr>
        <w:t>)</w:t>
      </w:r>
    </w:p>
    <w:p w14:paraId="0A9B1A08" w14:textId="77777777" w:rsidR="00EC56CF" w:rsidRPr="00EC56CF" w:rsidRDefault="00EC56CF" w:rsidP="00EC56CF">
      <w:pPr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sz w:val="22"/>
        </w:rPr>
        <w:t xml:space="preserve">w </w:t>
      </w:r>
      <w:proofErr w:type="spellStart"/>
      <w:r w:rsidRPr="00EC56CF">
        <w:rPr>
          <w:rFonts w:asciiTheme="majorHAnsi" w:hAnsiTheme="majorHAnsi" w:cstheme="majorHAnsi"/>
          <w:sz w:val="22"/>
        </w:rPr>
        <w:t>konkursie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pn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. „Jak </w:t>
      </w:r>
      <w:proofErr w:type="spellStart"/>
      <w:r w:rsidRPr="00EC56CF">
        <w:rPr>
          <w:rFonts w:asciiTheme="majorHAnsi" w:hAnsiTheme="majorHAnsi" w:cstheme="majorHAnsi"/>
          <w:sz w:val="22"/>
        </w:rPr>
        <w:t>ponownie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wykorzystać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odpad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?” </w:t>
      </w:r>
      <w:proofErr w:type="spellStart"/>
      <w:r w:rsidRPr="00EC56CF">
        <w:rPr>
          <w:rFonts w:asciiTheme="majorHAnsi" w:hAnsiTheme="majorHAnsi" w:cstheme="majorHAnsi"/>
          <w:sz w:val="22"/>
        </w:rPr>
        <w:t>organizowanym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przez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Zakład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Gospodarki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Komunalnej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EC56CF">
        <w:rPr>
          <w:rFonts w:asciiTheme="majorHAnsi" w:hAnsiTheme="majorHAnsi" w:cstheme="majorHAnsi"/>
          <w:sz w:val="22"/>
        </w:rPr>
        <w:t>Łącku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prowadzonym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EC56CF">
        <w:rPr>
          <w:rFonts w:asciiTheme="majorHAnsi" w:hAnsiTheme="majorHAnsi" w:cstheme="majorHAnsi"/>
          <w:sz w:val="22"/>
        </w:rPr>
        <w:t>terminie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14.09.2026 do 02.10.2026 r.</w:t>
      </w:r>
    </w:p>
    <w:p w14:paraId="7B426019" w14:textId="77777777" w:rsidR="00EC56CF" w:rsidRPr="00EC56CF" w:rsidRDefault="00EC56CF" w:rsidP="00EC56CF">
      <w:pPr>
        <w:rPr>
          <w:rFonts w:asciiTheme="majorHAnsi" w:hAnsiTheme="majorHAnsi" w:cstheme="majorHAnsi"/>
          <w:sz w:val="22"/>
        </w:rPr>
      </w:pPr>
      <w:proofErr w:type="spellStart"/>
      <w:r w:rsidRPr="00EC56CF">
        <w:rPr>
          <w:rFonts w:asciiTheme="majorHAnsi" w:hAnsiTheme="majorHAnsi" w:cstheme="majorHAnsi"/>
          <w:b/>
          <w:sz w:val="22"/>
        </w:rPr>
        <w:t>Zgody</w:t>
      </w:r>
      <w:proofErr w:type="spellEnd"/>
      <w:r w:rsidRPr="00EC56CF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b/>
          <w:sz w:val="22"/>
        </w:rPr>
        <w:t>związane</w:t>
      </w:r>
      <w:proofErr w:type="spellEnd"/>
      <w:r w:rsidRPr="00EC56CF">
        <w:rPr>
          <w:rFonts w:asciiTheme="majorHAnsi" w:hAnsiTheme="majorHAnsi" w:cstheme="majorHAnsi"/>
          <w:b/>
          <w:sz w:val="22"/>
        </w:rPr>
        <w:t xml:space="preserve"> z </w:t>
      </w:r>
      <w:proofErr w:type="spellStart"/>
      <w:r w:rsidRPr="00EC56CF">
        <w:rPr>
          <w:rFonts w:asciiTheme="majorHAnsi" w:hAnsiTheme="majorHAnsi" w:cstheme="majorHAnsi"/>
          <w:b/>
          <w:sz w:val="22"/>
        </w:rPr>
        <w:t>promocją</w:t>
      </w:r>
      <w:proofErr w:type="spellEnd"/>
      <w:r w:rsidRPr="00EC56CF">
        <w:rPr>
          <w:rFonts w:asciiTheme="majorHAnsi" w:hAnsiTheme="majorHAnsi" w:cstheme="majorHAnsi"/>
          <w:b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b/>
          <w:sz w:val="22"/>
        </w:rPr>
        <w:t>Konkursu</w:t>
      </w:r>
      <w:proofErr w:type="spellEnd"/>
      <w:r w:rsidRPr="00EC56CF">
        <w:rPr>
          <w:rFonts w:asciiTheme="majorHAnsi" w:hAnsiTheme="majorHAnsi" w:cstheme="majorHAnsi"/>
          <w:b/>
          <w:sz w:val="22"/>
        </w:rPr>
        <w:t>:</w:t>
      </w:r>
    </w:p>
    <w:p w14:paraId="3C6D8BF4" w14:textId="77777777" w:rsidR="00EC56CF" w:rsidRPr="00EC56CF" w:rsidRDefault="00EC56CF" w:rsidP="00EC56CF">
      <w:pPr>
        <w:ind w:left="340"/>
        <w:contextualSpacing/>
        <w:rPr>
          <w:rFonts w:asciiTheme="majorHAnsi" w:hAnsiTheme="majorHAnsi" w:cstheme="majorHAnsi"/>
          <w:sz w:val="22"/>
        </w:rPr>
      </w:pPr>
      <w:r w:rsidRPr="00EC56CF">
        <w:rPr>
          <w:rFonts w:ascii="Segoe UI Symbol" w:hAnsi="Segoe UI Symbol" w:cs="Segoe UI Symbol"/>
          <w:sz w:val="22"/>
        </w:rPr>
        <w:t>☐</w:t>
      </w:r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wyrażam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zgodę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publikację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imienia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EC56CF">
        <w:rPr>
          <w:rFonts w:asciiTheme="majorHAnsi" w:hAnsiTheme="majorHAnsi" w:cstheme="majorHAnsi"/>
          <w:sz w:val="22"/>
        </w:rPr>
        <w:t>nazwiska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dziecka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oraz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nazwy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szkoły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EC56CF">
        <w:rPr>
          <w:rFonts w:asciiTheme="majorHAnsi" w:hAnsiTheme="majorHAnsi" w:cstheme="majorHAnsi"/>
          <w:sz w:val="22"/>
        </w:rPr>
        <w:t>informacji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o </w:t>
      </w:r>
      <w:proofErr w:type="spellStart"/>
      <w:r w:rsidRPr="00EC56CF">
        <w:rPr>
          <w:rFonts w:asciiTheme="majorHAnsi" w:hAnsiTheme="majorHAnsi" w:cstheme="majorHAnsi"/>
          <w:sz w:val="22"/>
        </w:rPr>
        <w:t>wynikach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Konkursu</w:t>
      </w:r>
      <w:proofErr w:type="spellEnd"/>
      <w:r w:rsidRPr="00EC56CF">
        <w:rPr>
          <w:rFonts w:asciiTheme="majorHAnsi" w:hAnsiTheme="majorHAnsi" w:cstheme="majorHAnsi"/>
          <w:sz w:val="22"/>
        </w:rPr>
        <w:t>,</w:t>
      </w:r>
    </w:p>
    <w:p w14:paraId="519EE6A2" w14:textId="77777777" w:rsidR="00EC56CF" w:rsidRPr="00EC56CF" w:rsidRDefault="00EC56CF" w:rsidP="00EC56CF">
      <w:pPr>
        <w:ind w:left="340"/>
        <w:contextualSpacing/>
        <w:rPr>
          <w:rFonts w:asciiTheme="majorHAnsi" w:hAnsiTheme="majorHAnsi" w:cstheme="majorHAnsi"/>
          <w:sz w:val="22"/>
        </w:rPr>
      </w:pPr>
      <w:r w:rsidRPr="00EC56CF">
        <w:rPr>
          <w:rFonts w:ascii="Segoe UI Symbol" w:hAnsi="Segoe UI Symbol" w:cs="Segoe UI Symbol"/>
          <w:sz w:val="22"/>
        </w:rPr>
        <w:t>☐</w:t>
      </w:r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wyrażam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zgodę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nieodpłatną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publikację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fotografii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pracy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konkursowej</w:t>
      </w:r>
      <w:proofErr w:type="spellEnd"/>
      <w:r w:rsidRPr="00EC56CF">
        <w:rPr>
          <w:rFonts w:asciiTheme="majorHAnsi" w:hAnsiTheme="majorHAnsi" w:cstheme="majorHAnsi"/>
          <w:sz w:val="22"/>
        </w:rPr>
        <w:t>,</w:t>
      </w:r>
    </w:p>
    <w:p w14:paraId="5802AA45" w14:textId="77777777" w:rsidR="00EC56CF" w:rsidRPr="00EC56CF" w:rsidRDefault="00EC56CF" w:rsidP="00EC56CF">
      <w:pPr>
        <w:ind w:left="340"/>
        <w:contextualSpacing/>
        <w:rPr>
          <w:rFonts w:asciiTheme="majorHAnsi" w:hAnsiTheme="majorHAnsi" w:cstheme="majorHAnsi"/>
          <w:sz w:val="22"/>
        </w:rPr>
      </w:pPr>
      <w:r w:rsidRPr="00EC56CF">
        <w:rPr>
          <w:rFonts w:ascii="Segoe UI Symbol" w:hAnsi="Segoe UI Symbol" w:cs="Segoe UI Symbol"/>
          <w:sz w:val="22"/>
        </w:rPr>
        <w:t>☐</w:t>
      </w:r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wyrażam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zgodę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nieodpłatną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publikację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wizerunku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dziecka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utrwalonego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podczas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wręczenia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nagród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– </w:t>
      </w:r>
      <w:proofErr w:type="spellStart"/>
      <w:r w:rsidRPr="00EC56CF">
        <w:rPr>
          <w:rFonts w:asciiTheme="majorHAnsi" w:hAnsiTheme="majorHAnsi" w:cstheme="majorHAnsi"/>
          <w:sz w:val="22"/>
        </w:rPr>
        <w:t>na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stronie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internetowej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Organizatora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w </w:t>
      </w:r>
      <w:proofErr w:type="spellStart"/>
      <w:r w:rsidRPr="00EC56CF">
        <w:rPr>
          <w:rFonts w:asciiTheme="majorHAnsi" w:hAnsiTheme="majorHAnsi" w:cstheme="majorHAnsi"/>
          <w:sz w:val="22"/>
        </w:rPr>
        <w:t>mediach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społecznościowych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oraz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materiałach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promocyjnych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związanych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z </w:t>
      </w:r>
      <w:proofErr w:type="spellStart"/>
      <w:r w:rsidRPr="00EC56CF">
        <w:rPr>
          <w:rFonts w:asciiTheme="majorHAnsi" w:hAnsiTheme="majorHAnsi" w:cstheme="majorHAnsi"/>
          <w:sz w:val="22"/>
        </w:rPr>
        <w:t>Konkursem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EC56CF">
        <w:rPr>
          <w:rFonts w:asciiTheme="majorHAnsi" w:hAnsiTheme="majorHAnsi" w:cstheme="majorHAnsi"/>
          <w:sz w:val="22"/>
        </w:rPr>
        <w:t>projektem</w:t>
      </w:r>
      <w:proofErr w:type="spellEnd"/>
      <w:r w:rsidRPr="00EC56CF">
        <w:rPr>
          <w:rFonts w:asciiTheme="majorHAnsi" w:hAnsiTheme="majorHAnsi" w:cstheme="majorHAnsi"/>
          <w:sz w:val="22"/>
        </w:rPr>
        <w:t>.</w:t>
      </w:r>
    </w:p>
    <w:p w14:paraId="794AF59A" w14:textId="77777777" w:rsidR="00EC56CF" w:rsidRPr="00EC56CF" w:rsidRDefault="00EC56CF" w:rsidP="00EC56CF">
      <w:pPr>
        <w:rPr>
          <w:rFonts w:asciiTheme="majorHAnsi" w:hAnsiTheme="majorHAnsi" w:cstheme="majorHAnsi"/>
          <w:sz w:val="22"/>
        </w:rPr>
      </w:pPr>
      <w:proofErr w:type="spellStart"/>
      <w:r w:rsidRPr="00EC56CF">
        <w:rPr>
          <w:rFonts w:asciiTheme="majorHAnsi" w:hAnsiTheme="majorHAnsi" w:cstheme="majorHAnsi"/>
          <w:sz w:val="22"/>
        </w:rPr>
        <w:t>Oświadczam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że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zapoznałem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/am </w:t>
      </w:r>
      <w:proofErr w:type="spellStart"/>
      <w:r w:rsidRPr="00EC56CF">
        <w:rPr>
          <w:rFonts w:asciiTheme="majorHAnsi" w:hAnsiTheme="majorHAnsi" w:cstheme="majorHAnsi"/>
          <w:sz w:val="22"/>
        </w:rPr>
        <w:t>się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z </w:t>
      </w:r>
      <w:proofErr w:type="spellStart"/>
      <w:r w:rsidRPr="00EC56CF">
        <w:rPr>
          <w:rFonts w:asciiTheme="majorHAnsi" w:hAnsiTheme="majorHAnsi" w:cstheme="majorHAnsi"/>
          <w:sz w:val="22"/>
        </w:rPr>
        <w:t>Regulaminem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Konkursu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EC56CF">
        <w:rPr>
          <w:rFonts w:asciiTheme="majorHAnsi" w:hAnsiTheme="majorHAnsi" w:cstheme="majorHAnsi"/>
          <w:sz w:val="22"/>
        </w:rPr>
        <w:t>akceptuję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jego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postanowienia</w:t>
      </w:r>
      <w:proofErr w:type="spellEnd"/>
      <w:r w:rsidRPr="00EC56CF">
        <w:rPr>
          <w:rFonts w:asciiTheme="majorHAnsi" w:hAnsiTheme="majorHAnsi" w:cstheme="majorHAnsi"/>
          <w:sz w:val="22"/>
        </w:rPr>
        <w:t>.</w:t>
      </w:r>
    </w:p>
    <w:p w14:paraId="4BBCFB4C" w14:textId="77777777" w:rsidR="00EC56CF" w:rsidRPr="00EC56CF" w:rsidRDefault="00EC56CF" w:rsidP="00EC56CF">
      <w:pPr>
        <w:jc w:val="center"/>
        <w:rPr>
          <w:rFonts w:asciiTheme="majorHAnsi" w:hAnsiTheme="majorHAnsi" w:cstheme="majorHAnsi"/>
          <w:bCs/>
          <w:sz w:val="22"/>
        </w:rPr>
      </w:pPr>
      <w:r w:rsidRPr="00EC56CF">
        <w:rPr>
          <w:rFonts w:asciiTheme="majorHAnsi" w:hAnsiTheme="majorHAnsi" w:cstheme="majorHAnsi"/>
          <w:b/>
          <w:sz w:val="22"/>
        </w:rPr>
        <w:br/>
      </w:r>
      <w:proofErr w:type="spellStart"/>
      <w:r w:rsidRPr="00EC56CF">
        <w:rPr>
          <w:rFonts w:asciiTheme="majorHAnsi" w:hAnsiTheme="majorHAnsi" w:cstheme="majorHAnsi"/>
          <w:bCs/>
          <w:sz w:val="22"/>
        </w:rPr>
        <w:t>Podpis</w:t>
      </w:r>
      <w:proofErr w:type="spellEnd"/>
      <w:r w:rsidRPr="00EC56CF">
        <w:rPr>
          <w:rFonts w:asciiTheme="majorHAnsi" w:hAnsiTheme="majorHAnsi" w:cstheme="majorHAnsi"/>
          <w:bCs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bCs/>
          <w:sz w:val="22"/>
        </w:rPr>
        <w:t>rodzica</w:t>
      </w:r>
      <w:proofErr w:type="spellEnd"/>
      <w:r w:rsidRPr="00EC56CF">
        <w:rPr>
          <w:rFonts w:asciiTheme="majorHAnsi" w:hAnsiTheme="majorHAnsi" w:cstheme="majorHAnsi"/>
          <w:bCs/>
          <w:sz w:val="22"/>
        </w:rPr>
        <w:t>/</w:t>
      </w:r>
      <w:proofErr w:type="spellStart"/>
      <w:r w:rsidRPr="00EC56CF">
        <w:rPr>
          <w:rFonts w:asciiTheme="majorHAnsi" w:hAnsiTheme="majorHAnsi" w:cstheme="majorHAnsi"/>
          <w:bCs/>
          <w:sz w:val="22"/>
        </w:rPr>
        <w:t>opiekuna</w:t>
      </w:r>
      <w:proofErr w:type="spellEnd"/>
      <w:r w:rsidRPr="00EC56CF">
        <w:rPr>
          <w:rFonts w:asciiTheme="majorHAnsi" w:hAnsiTheme="majorHAnsi" w:cstheme="majorHAnsi"/>
          <w:bCs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bCs/>
          <w:sz w:val="22"/>
        </w:rPr>
        <w:t>prawnego</w:t>
      </w:r>
      <w:proofErr w:type="spellEnd"/>
      <w:r w:rsidRPr="00EC56CF">
        <w:rPr>
          <w:rFonts w:asciiTheme="majorHAnsi" w:hAnsiTheme="majorHAnsi" w:cstheme="majorHAnsi"/>
          <w:bCs/>
          <w:sz w:val="22"/>
        </w:rPr>
        <w:t>: ................................................................................................</w:t>
      </w:r>
    </w:p>
    <w:p w14:paraId="4E62412C" w14:textId="77777777" w:rsidR="00EC56CF" w:rsidRPr="00EC56CF" w:rsidRDefault="00EC56CF" w:rsidP="00EC56CF">
      <w:pPr>
        <w:keepNext/>
        <w:keepLines/>
        <w:spacing w:before="180" w:after="80"/>
        <w:outlineLvl w:val="0"/>
        <w:rPr>
          <w:rFonts w:asciiTheme="majorHAnsi" w:eastAsiaTheme="majorEastAsia" w:hAnsiTheme="majorHAnsi" w:cstheme="majorHAnsi"/>
          <w:b/>
          <w:bCs/>
          <w:color w:val="16753A"/>
          <w:sz w:val="22"/>
        </w:rPr>
      </w:pPr>
      <w:proofErr w:type="spellStart"/>
      <w:r w:rsidRPr="00EC56CF">
        <w:rPr>
          <w:rFonts w:asciiTheme="majorHAnsi" w:eastAsiaTheme="majorEastAsia" w:hAnsiTheme="majorHAnsi" w:cstheme="majorHAnsi"/>
          <w:b/>
          <w:bCs/>
          <w:color w:val="16753A"/>
          <w:sz w:val="22"/>
        </w:rPr>
        <w:t>Klauzula</w:t>
      </w:r>
      <w:proofErr w:type="spellEnd"/>
      <w:r w:rsidRPr="00EC56CF">
        <w:rPr>
          <w:rFonts w:asciiTheme="majorHAnsi" w:eastAsiaTheme="majorEastAsia" w:hAnsiTheme="majorHAnsi" w:cstheme="majorHAnsi"/>
          <w:b/>
          <w:bCs/>
          <w:color w:val="16753A"/>
          <w:sz w:val="22"/>
        </w:rPr>
        <w:t xml:space="preserve"> </w:t>
      </w:r>
      <w:proofErr w:type="spellStart"/>
      <w:r w:rsidRPr="00EC56CF">
        <w:rPr>
          <w:rFonts w:asciiTheme="majorHAnsi" w:eastAsiaTheme="majorEastAsia" w:hAnsiTheme="majorHAnsi" w:cstheme="majorHAnsi"/>
          <w:b/>
          <w:bCs/>
          <w:color w:val="16753A"/>
          <w:sz w:val="22"/>
        </w:rPr>
        <w:t>informacyjna</w:t>
      </w:r>
      <w:proofErr w:type="spellEnd"/>
      <w:r w:rsidRPr="00EC56CF">
        <w:rPr>
          <w:rFonts w:asciiTheme="majorHAnsi" w:eastAsiaTheme="majorEastAsia" w:hAnsiTheme="majorHAnsi" w:cstheme="majorHAnsi"/>
          <w:b/>
          <w:bCs/>
          <w:color w:val="16753A"/>
          <w:sz w:val="22"/>
        </w:rPr>
        <w:t xml:space="preserve"> RODO</w:t>
      </w:r>
    </w:p>
    <w:p w14:paraId="2A6B132C" w14:textId="77777777" w:rsidR="00EC56CF" w:rsidRPr="00EC56CF" w:rsidRDefault="00EC56CF" w:rsidP="00EC56CF">
      <w:pPr>
        <w:spacing w:after="40"/>
        <w:ind w:left="369" w:hanging="198"/>
        <w:jc w:val="both"/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b/>
          <w:sz w:val="22"/>
        </w:rPr>
        <w:t xml:space="preserve">• </w:t>
      </w:r>
      <w:proofErr w:type="spellStart"/>
      <w:r w:rsidRPr="00EC56CF">
        <w:rPr>
          <w:rFonts w:asciiTheme="majorHAnsi" w:hAnsiTheme="majorHAnsi" w:cstheme="majorHAnsi"/>
          <w:sz w:val="22"/>
        </w:rPr>
        <w:t>Administratorem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danych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osobowych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uczestników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Konkursu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oraz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ich </w:t>
      </w:r>
      <w:proofErr w:type="spellStart"/>
      <w:r w:rsidRPr="00EC56CF">
        <w:rPr>
          <w:rFonts w:asciiTheme="majorHAnsi" w:hAnsiTheme="majorHAnsi" w:cstheme="majorHAnsi"/>
          <w:sz w:val="22"/>
        </w:rPr>
        <w:t>rodziców</w:t>
      </w:r>
      <w:proofErr w:type="spellEnd"/>
      <w:r w:rsidRPr="00EC56CF">
        <w:rPr>
          <w:rFonts w:asciiTheme="majorHAnsi" w:hAnsiTheme="majorHAnsi" w:cstheme="majorHAnsi"/>
          <w:sz w:val="22"/>
        </w:rPr>
        <w:t>/</w:t>
      </w:r>
      <w:proofErr w:type="spellStart"/>
      <w:r w:rsidRPr="00EC56CF">
        <w:rPr>
          <w:rFonts w:asciiTheme="majorHAnsi" w:hAnsiTheme="majorHAnsi" w:cstheme="majorHAnsi"/>
          <w:sz w:val="22"/>
        </w:rPr>
        <w:t>opiekunów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prawnych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jest </w:t>
      </w:r>
      <w:proofErr w:type="spellStart"/>
      <w:r w:rsidRPr="00EC56CF">
        <w:rPr>
          <w:rFonts w:asciiTheme="majorHAnsi" w:hAnsiTheme="majorHAnsi" w:cstheme="majorHAnsi"/>
          <w:sz w:val="22"/>
        </w:rPr>
        <w:t>Zakład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Gospodarki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Komunalnej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EC56CF">
        <w:rPr>
          <w:rFonts w:asciiTheme="majorHAnsi" w:hAnsiTheme="majorHAnsi" w:cstheme="majorHAnsi"/>
          <w:sz w:val="22"/>
        </w:rPr>
        <w:t>Łącku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Łącko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755, 33-390 </w:t>
      </w:r>
      <w:proofErr w:type="spellStart"/>
      <w:r w:rsidRPr="00EC56CF">
        <w:rPr>
          <w:rFonts w:asciiTheme="majorHAnsi" w:hAnsiTheme="majorHAnsi" w:cstheme="majorHAnsi"/>
          <w:sz w:val="22"/>
        </w:rPr>
        <w:t>Łącko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; </w:t>
      </w:r>
      <w:proofErr w:type="spellStart"/>
      <w:r w:rsidRPr="00EC56CF">
        <w:rPr>
          <w:rFonts w:asciiTheme="majorHAnsi" w:hAnsiTheme="majorHAnsi" w:cstheme="majorHAnsi"/>
          <w:sz w:val="22"/>
        </w:rPr>
        <w:t>kontakt</w:t>
      </w:r>
      <w:proofErr w:type="spellEnd"/>
      <w:r w:rsidRPr="00EC56CF">
        <w:rPr>
          <w:rFonts w:asciiTheme="majorHAnsi" w:hAnsiTheme="majorHAnsi" w:cstheme="majorHAnsi"/>
          <w:sz w:val="22"/>
        </w:rPr>
        <w:t>: zgk@lacko.pl.</w:t>
      </w:r>
    </w:p>
    <w:p w14:paraId="68CB3ED2" w14:textId="77777777" w:rsidR="00EC56CF" w:rsidRPr="00EC56CF" w:rsidRDefault="00EC56CF" w:rsidP="00EC56CF">
      <w:pPr>
        <w:spacing w:after="40"/>
        <w:ind w:left="369" w:hanging="198"/>
        <w:jc w:val="both"/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b/>
          <w:sz w:val="22"/>
        </w:rPr>
        <w:t xml:space="preserve">• </w:t>
      </w:r>
      <w:r w:rsidRPr="00EC56CF">
        <w:rPr>
          <w:rFonts w:asciiTheme="majorHAnsi" w:hAnsiTheme="majorHAnsi" w:cstheme="majorHAnsi"/>
          <w:sz w:val="22"/>
        </w:rPr>
        <w:t xml:space="preserve">Dane </w:t>
      </w:r>
      <w:proofErr w:type="spellStart"/>
      <w:r w:rsidRPr="00EC56CF">
        <w:rPr>
          <w:rFonts w:asciiTheme="majorHAnsi" w:hAnsiTheme="majorHAnsi" w:cstheme="majorHAnsi"/>
          <w:sz w:val="22"/>
        </w:rPr>
        <w:t>będą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przetwarzane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EC56CF">
        <w:rPr>
          <w:rFonts w:asciiTheme="majorHAnsi" w:hAnsiTheme="majorHAnsi" w:cstheme="majorHAnsi"/>
          <w:sz w:val="22"/>
        </w:rPr>
        <w:t>celu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organizacji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przeprowadzenia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rozstrzygnięcia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EC56CF">
        <w:rPr>
          <w:rFonts w:asciiTheme="majorHAnsi" w:hAnsiTheme="majorHAnsi" w:cstheme="majorHAnsi"/>
          <w:sz w:val="22"/>
        </w:rPr>
        <w:t>dokumentowania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Konkursu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a w </w:t>
      </w:r>
      <w:proofErr w:type="spellStart"/>
      <w:r w:rsidRPr="00EC56CF">
        <w:rPr>
          <w:rFonts w:asciiTheme="majorHAnsi" w:hAnsiTheme="majorHAnsi" w:cstheme="majorHAnsi"/>
          <w:sz w:val="22"/>
        </w:rPr>
        <w:t>zakresie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udzielonych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zgód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także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EC56CF">
        <w:rPr>
          <w:rFonts w:asciiTheme="majorHAnsi" w:hAnsiTheme="majorHAnsi" w:cstheme="majorHAnsi"/>
          <w:sz w:val="22"/>
        </w:rPr>
        <w:t>celu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jego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promocji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oraz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promocji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projektu</w:t>
      </w:r>
      <w:proofErr w:type="spellEnd"/>
      <w:r w:rsidRPr="00EC56CF">
        <w:rPr>
          <w:rFonts w:asciiTheme="majorHAnsi" w:hAnsiTheme="majorHAnsi" w:cstheme="majorHAnsi"/>
          <w:sz w:val="22"/>
        </w:rPr>
        <w:t>.</w:t>
      </w:r>
    </w:p>
    <w:p w14:paraId="5835F533" w14:textId="77777777" w:rsidR="00EC56CF" w:rsidRPr="00EC56CF" w:rsidRDefault="00EC56CF" w:rsidP="00EC56CF">
      <w:pPr>
        <w:spacing w:after="40"/>
        <w:ind w:left="369" w:hanging="198"/>
        <w:jc w:val="both"/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b/>
          <w:sz w:val="22"/>
        </w:rPr>
        <w:t xml:space="preserve">• </w:t>
      </w:r>
      <w:proofErr w:type="spellStart"/>
      <w:r w:rsidRPr="00EC56CF">
        <w:rPr>
          <w:rFonts w:asciiTheme="majorHAnsi" w:hAnsiTheme="majorHAnsi" w:cstheme="majorHAnsi"/>
          <w:sz w:val="22"/>
        </w:rPr>
        <w:t>Podstawą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przetwarzania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danych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objętych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zgodą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jest art. 6 </w:t>
      </w:r>
      <w:proofErr w:type="spellStart"/>
      <w:r w:rsidRPr="00EC56CF">
        <w:rPr>
          <w:rFonts w:asciiTheme="majorHAnsi" w:hAnsiTheme="majorHAnsi" w:cstheme="majorHAnsi"/>
          <w:sz w:val="22"/>
        </w:rPr>
        <w:t>ust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. 1 lit. a RODO. </w:t>
      </w:r>
      <w:proofErr w:type="spellStart"/>
      <w:r w:rsidRPr="00EC56CF">
        <w:rPr>
          <w:rFonts w:asciiTheme="majorHAnsi" w:hAnsiTheme="majorHAnsi" w:cstheme="majorHAnsi"/>
          <w:sz w:val="22"/>
        </w:rPr>
        <w:t>Podanie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danych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wymaganych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EC56CF">
        <w:rPr>
          <w:rFonts w:asciiTheme="majorHAnsi" w:hAnsiTheme="majorHAnsi" w:cstheme="majorHAnsi"/>
          <w:sz w:val="22"/>
        </w:rPr>
        <w:t>zgłoszeniu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jest </w:t>
      </w:r>
      <w:proofErr w:type="spellStart"/>
      <w:r w:rsidRPr="00EC56CF">
        <w:rPr>
          <w:rFonts w:asciiTheme="majorHAnsi" w:hAnsiTheme="majorHAnsi" w:cstheme="majorHAnsi"/>
          <w:sz w:val="22"/>
        </w:rPr>
        <w:t>dobrowolne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lecz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niezbędne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EC56CF">
        <w:rPr>
          <w:rFonts w:asciiTheme="majorHAnsi" w:hAnsiTheme="majorHAnsi" w:cstheme="majorHAnsi"/>
          <w:sz w:val="22"/>
        </w:rPr>
        <w:t>udziału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w Konkursie.</w:t>
      </w:r>
    </w:p>
    <w:p w14:paraId="290C897C" w14:textId="77777777" w:rsidR="00EC56CF" w:rsidRPr="00EC56CF" w:rsidRDefault="00EC56CF" w:rsidP="00EC56CF">
      <w:pPr>
        <w:spacing w:after="40"/>
        <w:ind w:left="369" w:hanging="198"/>
        <w:jc w:val="both"/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b/>
          <w:sz w:val="22"/>
        </w:rPr>
        <w:t xml:space="preserve">• </w:t>
      </w:r>
      <w:r w:rsidRPr="00EC56CF">
        <w:rPr>
          <w:rFonts w:asciiTheme="majorHAnsi" w:hAnsiTheme="majorHAnsi" w:cstheme="majorHAnsi"/>
          <w:sz w:val="22"/>
        </w:rPr>
        <w:t xml:space="preserve">Dane </w:t>
      </w:r>
      <w:proofErr w:type="spellStart"/>
      <w:r w:rsidRPr="00EC56CF">
        <w:rPr>
          <w:rFonts w:asciiTheme="majorHAnsi" w:hAnsiTheme="majorHAnsi" w:cstheme="majorHAnsi"/>
          <w:sz w:val="22"/>
        </w:rPr>
        <w:t>będą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przechowywane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przez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okres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niezbędny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EC56CF">
        <w:rPr>
          <w:rFonts w:asciiTheme="majorHAnsi" w:hAnsiTheme="majorHAnsi" w:cstheme="majorHAnsi"/>
          <w:sz w:val="22"/>
        </w:rPr>
        <w:t>realizacji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Konkursu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oraz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dokumentowania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projektu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z </w:t>
      </w:r>
      <w:proofErr w:type="spellStart"/>
      <w:r w:rsidRPr="00EC56CF">
        <w:rPr>
          <w:rFonts w:asciiTheme="majorHAnsi" w:hAnsiTheme="majorHAnsi" w:cstheme="majorHAnsi"/>
          <w:sz w:val="22"/>
        </w:rPr>
        <w:t>uwzględnieniem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obowiązków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archiwizacyjnych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związanych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z </w:t>
      </w:r>
      <w:proofErr w:type="spellStart"/>
      <w:r w:rsidRPr="00EC56CF">
        <w:rPr>
          <w:rFonts w:asciiTheme="majorHAnsi" w:hAnsiTheme="majorHAnsi" w:cstheme="majorHAnsi"/>
          <w:sz w:val="22"/>
        </w:rPr>
        <w:t>dofinansowaniem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ze </w:t>
      </w:r>
      <w:proofErr w:type="spellStart"/>
      <w:r w:rsidRPr="00EC56CF">
        <w:rPr>
          <w:rFonts w:asciiTheme="majorHAnsi" w:hAnsiTheme="majorHAnsi" w:cstheme="majorHAnsi"/>
          <w:sz w:val="22"/>
        </w:rPr>
        <w:t>środków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Unii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Europejskiej</w:t>
      </w:r>
      <w:proofErr w:type="spellEnd"/>
      <w:r w:rsidRPr="00EC56CF">
        <w:rPr>
          <w:rFonts w:asciiTheme="majorHAnsi" w:hAnsiTheme="majorHAnsi" w:cstheme="majorHAnsi"/>
          <w:sz w:val="22"/>
        </w:rPr>
        <w:t>.</w:t>
      </w:r>
    </w:p>
    <w:p w14:paraId="6103195C" w14:textId="77777777" w:rsidR="00EC56CF" w:rsidRPr="00EC56CF" w:rsidRDefault="00EC56CF" w:rsidP="00EC56CF">
      <w:pPr>
        <w:spacing w:after="40"/>
        <w:ind w:left="369" w:hanging="198"/>
        <w:jc w:val="both"/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b/>
          <w:sz w:val="22"/>
        </w:rPr>
        <w:t xml:space="preserve">• </w:t>
      </w:r>
      <w:proofErr w:type="spellStart"/>
      <w:r w:rsidRPr="00EC56CF">
        <w:rPr>
          <w:rFonts w:asciiTheme="majorHAnsi" w:hAnsiTheme="majorHAnsi" w:cstheme="majorHAnsi"/>
          <w:sz w:val="22"/>
        </w:rPr>
        <w:t>Odbiorcami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danych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mogą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być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podmioty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uprawnione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EC56CF">
        <w:rPr>
          <w:rFonts w:asciiTheme="majorHAnsi" w:hAnsiTheme="majorHAnsi" w:cstheme="majorHAnsi"/>
          <w:sz w:val="22"/>
        </w:rPr>
        <w:t>kontroli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projektu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oraz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podmioty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wspierające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Administratora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EC56CF">
        <w:rPr>
          <w:rFonts w:asciiTheme="majorHAnsi" w:hAnsiTheme="majorHAnsi" w:cstheme="majorHAnsi"/>
          <w:sz w:val="22"/>
        </w:rPr>
        <w:t>realizacji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Konkursu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w </w:t>
      </w:r>
      <w:proofErr w:type="spellStart"/>
      <w:r w:rsidRPr="00EC56CF">
        <w:rPr>
          <w:rFonts w:asciiTheme="majorHAnsi" w:hAnsiTheme="majorHAnsi" w:cstheme="majorHAnsi"/>
          <w:sz w:val="22"/>
        </w:rPr>
        <w:t>zakresie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niezbędnym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EC56CF">
        <w:rPr>
          <w:rFonts w:asciiTheme="majorHAnsi" w:hAnsiTheme="majorHAnsi" w:cstheme="majorHAnsi"/>
          <w:sz w:val="22"/>
        </w:rPr>
        <w:t>wykonania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tych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zadań</w:t>
      </w:r>
      <w:proofErr w:type="spellEnd"/>
      <w:r w:rsidRPr="00EC56CF">
        <w:rPr>
          <w:rFonts w:asciiTheme="majorHAnsi" w:hAnsiTheme="majorHAnsi" w:cstheme="majorHAnsi"/>
          <w:sz w:val="22"/>
        </w:rPr>
        <w:t>.</w:t>
      </w:r>
    </w:p>
    <w:p w14:paraId="4EF0CAEB" w14:textId="77777777" w:rsidR="00EC56CF" w:rsidRPr="00EC56CF" w:rsidRDefault="00EC56CF" w:rsidP="00EC56CF">
      <w:pPr>
        <w:spacing w:after="40"/>
        <w:ind w:left="369" w:hanging="198"/>
        <w:jc w:val="both"/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b/>
          <w:sz w:val="22"/>
        </w:rPr>
        <w:t xml:space="preserve">• </w:t>
      </w:r>
      <w:proofErr w:type="spellStart"/>
      <w:r w:rsidRPr="00EC56CF">
        <w:rPr>
          <w:rFonts w:asciiTheme="majorHAnsi" w:hAnsiTheme="majorHAnsi" w:cstheme="majorHAnsi"/>
          <w:sz w:val="22"/>
        </w:rPr>
        <w:t>Osobie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której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dane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dotyczą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przysługują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- w </w:t>
      </w:r>
      <w:proofErr w:type="spellStart"/>
      <w:r w:rsidRPr="00EC56CF">
        <w:rPr>
          <w:rFonts w:asciiTheme="majorHAnsi" w:hAnsiTheme="majorHAnsi" w:cstheme="majorHAnsi"/>
          <w:sz w:val="22"/>
        </w:rPr>
        <w:t>zakresie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wynikającym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z RODO - </w:t>
      </w:r>
      <w:proofErr w:type="spellStart"/>
      <w:r w:rsidRPr="00EC56CF">
        <w:rPr>
          <w:rFonts w:asciiTheme="majorHAnsi" w:hAnsiTheme="majorHAnsi" w:cstheme="majorHAnsi"/>
          <w:sz w:val="22"/>
        </w:rPr>
        <w:t>prawa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dostępu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EC56CF">
        <w:rPr>
          <w:rFonts w:asciiTheme="majorHAnsi" w:hAnsiTheme="majorHAnsi" w:cstheme="majorHAnsi"/>
          <w:sz w:val="22"/>
        </w:rPr>
        <w:t>danych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sprostowania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usunięcia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EC56CF">
        <w:rPr>
          <w:rFonts w:asciiTheme="majorHAnsi" w:hAnsiTheme="majorHAnsi" w:cstheme="majorHAnsi"/>
          <w:sz w:val="22"/>
        </w:rPr>
        <w:t>ograniczenia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przetwarzania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oraz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cofnięcia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zgody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w </w:t>
      </w:r>
      <w:proofErr w:type="spellStart"/>
      <w:r w:rsidRPr="00EC56CF">
        <w:rPr>
          <w:rFonts w:asciiTheme="majorHAnsi" w:hAnsiTheme="majorHAnsi" w:cstheme="majorHAnsi"/>
          <w:sz w:val="22"/>
        </w:rPr>
        <w:t>dowolnym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momencie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. </w:t>
      </w:r>
      <w:proofErr w:type="spellStart"/>
      <w:r w:rsidRPr="00EC56CF">
        <w:rPr>
          <w:rFonts w:asciiTheme="majorHAnsi" w:hAnsiTheme="majorHAnsi" w:cstheme="majorHAnsi"/>
          <w:sz w:val="22"/>
        </w:rPr>
        <w:t>Cofnięcie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zgody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wpływa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zgodność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z </w:t>
      </w:r>
      <w:proofErr w:type="spellStart"/>
      <w:r w:rsidRPr="00EC56CF">
        <w:rPr>
          <w:rFonts w:asciiTheme="majorHAnsi" w:hAnsiTheme="majorHAnsi" w:cstheme="majorHAnsi"/>
          <w:sz w:val="22"/>
        </w:rPr>
        <w:t>prawem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wcześniejszego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przetwarzania</w:t>
      </w:r>
      <w:proofErr w:type="spellEnd"/>
      <w:r w:rsidRPr="00EC56CF">
        <w:rPr>
          <w:rFonts w:asciiTheme="majorHAnsi" w:hAnsiTheme="majorHAnsi" w:cstheme="majorHAnsi"/>
          <w:sz w:val="22"/>
        </w:rPr>
        <w:t>.</w:t>
      </w:r>
    </w:p>
    <w:p w14:paraId="06A573D0" w14:textId="77777777" w:rsidR="00EC56CF" w:rsidRPr="00EC56CF" w:rsidRDefault="00EC56CF" w:rsidP="00EC56CF">
      <w:pPr>
        <w:spacing w:after="40"/>
        <w:ind w:left="369" w:hanging="198"/>
        <w:jc w:val="both"/>
        <w:rPr>
          <w:rFonts w:asciiTheme="majorHAnsi" w:hAnsiTheme="majorHAnsi" w:cstheme="majorHAnsi"/>
          <w:sz w:val="22"/>
        </w:rPr>
      </w:pPr>
      <w:r w:rsidRPr="00EC56CF">
        <w:rPr>
          <w:rFonts w:asciiTheme="majorHAnsi" w:hAnsiTheme="majorHAnsi" w:cstheme="majorHAnsi"/>
          <w:b/>
          <w:sz w:val="22"/>
        </w:rPr>
        <w:t xml:space="preserve">• </w:t>
      </w:r>
      <w:r w:rsidRPr="00EC56CF">
        <w:rPr>
          <w:rFonts w:asciiTheme="majorHAnsi" w:hAnsiTheme="majorHAnsi" w:cstheme="majorHAnsi"/>
          <w:sz w:val="22"/>
        </w:rPr>
        <w:t xml:space="preserve">Dane </w:t>
      </w:r>
      <w:proofErr w:type="spellStart"/>
      <w:r w:rsidRPr="00EC56CF">
        <w:rPr>
          <w:rFonts w:asciiTheme="majorHAnsi" w:hAnsiTheme="majorHAnsi" w:cstheme="majorHAnsi"/>
          <w:sz w:val="22"/>
        </w:rPr>
        <w:t>nie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będą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przekazywane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EC56CF">
        <w:rPr>
          <w:rFonts w:asciiTheme="majorHAnsi" w:hAnsiTheme="majorHAnsi" w:cstheme="majorHAnsi"/>
          <w:sz w:val="22"/>
        </w:rPr>
        <w:t>państw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trzecich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ani </w:t>
      </w:r>
      <w:proofErr w:type="spellStart"/>
      <w:r w:rsidRPr="00EC56CF">
        <w:rPr>
          <w:rFonts w:asciiTheme="majorHAnsi" w:hAnsiTheme="majorHAnsi" w:cstheme="majorHAnsi"/>
          <w:sz w:val="22"/>
        </w:rPr>
        <w:t>organizacji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międzynarodowych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EC56CF">
        <w:rPr>
          <w:rFonts w:asciiTheme="majorHAnsi" w:hAnsiTheme="majorHAnsi" w:cstheme="majorHAnsi"/>
          <w:sz w:val="22"/>
        </w:rPr>
        <w:t>nie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będą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podlegały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profilowaniu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. W </w:t>
      </w:r>
      <w:proofErr w:type="spellStart"/>
      <w:r w:rsidRPr="00EC56CF">
        <w:rPr>
          <w:rFonts w:asciiTheme="majorHAnsi" w:hAnsiTheme="majorHAnsi" w:cstheme="majorHAnsi"/>
          <w:sz w:val="22"/>
        </w:rPr>
        <w:t>przypadku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naruszenia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przepisów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RODO </w:t>
      </w:r>
      <w:proofErr w:type="spellStart"/>
      <w:r w:rsidRPr="00EC56CF">
        <w:rPr>
          <w:rFonts w:asciiTheme="majorHAnsi" w:hAnsiTheme="majorHAnsi" w:cstheme="majorHAnsi"/>
          <w:sz w:val="22"/>
        </w:rPr>
        <w:t>przysługuje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prawo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wniesienia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skargi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do </w:t>
      </w:r>
      <w:proofErr w:type="spellStart"/>
      <w:r w:rsidRPr="00EC56CF">
        <w:rPr>
          <w:rFonts w:asciiTheme="majorHAnsi" w:hAnsiTheme="majorHAnsi" w:cstheme="majorHAnsi"/>
          <w:sz w:val="22"/>
        </w:rPr>
        <w:t>Prezesa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EC56CF">
        <w:rPr>
          <w:rFonts w:asciiTheme="majorHAnsi" w:hAnsiTheme="majorHAnsi" w:cstheme="majorHAnsi"/>
          <w:sz w:val="22"/>
        </w:rPr>
        <w:t>Urzędu</w:t>
      </w:r>
      <w:proofErr w:type="spellEnd"/>
      <w:r w:rsidRPr="00EC56CF">
        <w:rPr>
          <w:rFonts w:asciiTheme="majorHAnsi" w:hAnsiTheme="majorHAnsi" w:cstheme="majorHAnsi"/>
          <w:sz w:val="22"/>
        </w:rPr>
        <w:t xml:space="preserve"> Ochrony Danych Osobowych.</w:t>
      </w:r>
    </w:p>
    <w:p w14:paraId="1458AF42" w14:textId="7C28CD57" w:rsidR="00EC56CF" w:rsidRPr="00EC56CF" w:rsidRDefault="00EC56CF" w:rsidP="00EC56CF">
      <w:pPr>
        <w:rPr>
          <w:rFonts w:asciiTheme="majorHAnsi" w:hAnsiTheme="majorHAnsi" w:cstheme="majorHAnsi"/>
          <w:sz w:val="22"/>
        </w:rPr>
      </w:pPr>
    </w:p>
    <w:p w14:paraId="6588D2BC" w14:textId="77777777" w:rsidR="00EC56CF" w:rsidRPr="00EC56CF" w:rsidRDefault="00EC56CF" w:rsidP="00EC56CF">
      <w:pPr>
        <w:keepNext/>
        <w:spacing w:after="80" w:line="276" w:lineRule="auto"/>
        <w:jc w:val="center"/>
        <w:rPr>
          <w:rFonts w:asciiTheme="majorHAnsi" w:hAnsiTheme="majorHAnsi" w:cstheme="majorHAnsi"/>
          <w:b/>
          <w:sz w:val="38"/>
        </w:rPr>
      </w:pPr>
    </w:p>
    <w:p w14:paraId="4D095D3F" w14:textId="77777777" w:rsidR="00EC56CF" w:rsidRPr="00EC56CF" w:rsidRDefault="00EC56CF" w:rsidP="00EC56CF">
      <w:pPr>
        <w:keepNext/>
        <w:spacing w:after="80" w:line="276" w:lineRule="auto"/>
        <w:jc w:val="center"/>
        <w:rPr>
          <w:rFonts w:asciiTheme="majorHAnsi" w:hAnsiTheme="majorHAnsi" w:cstheme="majorHAnsi"/>
          <w:b/>
          <w:sz w:val="38"/>
        </w:rPr>
      </w:pPr>
      <w:r w:rsidRPr="00EC56CF">
        <w:rPr>
          <w:rFonts w:asciiTheme="majorHAnsi" w:hAnsiTheme="majorHAnsi" w:cstheme="majorHAnsi"/>
          <w:b/>
          <w:sz w:val="38"/>
        </w:rPr>
        <w:t>METRYCZKA PRACY KONKURSOWEJ</w:t>
      </w:r>
    </w:p>
    <w:p w14:paraId="7B4B29C0" w14:textId="77777777" w:rsidR="00EC56CF" w:rsidRPr="00EC56CF" w:rsidRDefault="00EC56CF" w:rsidP="00EC56CF">
      <w:pPr>
        <w:jc w:val="center"/>
        <w:rPr>
          <w:rFonts w:asciiTheme="majorHAnsi" w:hAnsiTheme="majorHAnsi" w:cstheme="majorHAnsi"/>
        </w:rPr>
      </w:pPr>
      <w:r w:rsidRPr="00EC56CF">
        <w:rPr>
          <w:rFonts w:asciiTheme="majorHAnsi" w:hAnsiTheme="majorHAnsi" w:cstheme="majorHAnsi"/>
          <w:b/>
          <w:color w:val="16753A"/>
          <w:sz w:val="28"/>
        </w:rPr>
        <w:t xml:space="preserve">„Jak </w:t>
      </w:r>
      <w:proofErr w:type="spellStart"/>
      <w:r w:rsidRPr="00EC56CF">
        <w:rPr>
          <w:rFonts w:asciiTheme="majorHAnsi" w:hAnsiTheme="majorHAnsi" w:cstheme="majorHAnsi"/>
          <w:b/>
          <w:color w:val="16753A"/>
          <w:sz w:val="28"/>
        </w:rPr>
        <w:t>ponownie</w:t>
      </w:r>
      <w:proofErr w:type="spellEnd"/>
      <w:r w:rsidRPr="00EC56CF">
        <w:rPr>
          <w:rFonts w:asciiTheme="majorHAnsi" w:hAnsiTheme="majorHAnsi" w:cstheme="majorHAnsi"/>
          <w:b/>
          <w:color w:val="16753A"/>
          <w:sz w:val="28"/>
        </w:rPr>
        <w:t xml:space="preserve"> </w:t>
      </w:r>
      <w:proofErr w:type="spellStart"/>
      <w:r w:rsidRPr="00EC56CF">
        <w:rPr>
          <w:rFonts w:asciiTheme="majorHAnsi" w:hAnsiTheme="majorHAnsi" w:cstheme="majorHAnsi"/>
          <w:b/>
          <w:color w:val="16753A"/>
          <w:sz w:val="28"/>
        </w:rPr>
        <w:t>wykorzystać</w:t>
      </w:r>
      <w:proofErr w:type="spellEnd"/>
      <w:r w:rsidRPr="00EC56CF">
        <w:rPr>
          <w:rFonts w:asciiTheme="majorHAnsi" w:hAnsiTheme="majorHAnsi" w:cstheme="majorHAnsi"/>
          <w:b/>
          <w:color w:val="16753A"/>
          <w:sz w:val="28"/>
        </w:rPr>
        <w:t xml:space="preserve"> </w:t>
      </w:r>
      <w:proofErr w:type="spellStart"/>
      <w:r w:rsidRPr="00EC56CF">
        <w:rPr>
          <w:rFonts w:asciiTheme="majorHAnsi" w:hAnsiTheme="majorHAnsi" w:cstheme="majorHAnsi"/>
          <w:b/>
          <w:color w:val="16753A"/>
          <w:sz w:val="28"/>
        </w:rPr>
        <w:t>odpad</w:t>
      </w:r>
      <w:proofErr w:type="spellEnd"/>
      <w:r w:rsidRPr="00EC56CF">
        <w:rPr>
          <w:rFonts w:asciiTheme="majorHAnsi" w:hAnsiTheme="majorHAnsi" w:cstheme="majorHAnsi"/>
          <w:b/>
          <w:color w:val="16753A"/>
          <w:sz w:val="28"/>
        </w:rPr>
        <w:t>?”</w:t>
      </w:r>
    </w:p>
    <w:p w14:paraId="0D8DB239" w14:textId="77777777" w:rsidR="00EC56CF" w:rsidRDefault="00EC56CF" w:rsidP="00EC56CF">
      <w:pPr>
        <w:jc w:val="center"/>
        <w:rPr>
          <w:rFonts w:asciiTheme="majorHAnsi" w:hAnsiTheme="majorHAnsi" w:cstheme="majorHAnsi"/>
        </w:rPr>
      </w:pPr>
      <w:proofErr w:type="spellStart"/>
      <w:r w:rsidRPr="00EC56CF">
        <w:rPr>
          <w:rFonts w:asciiTheme="majorHAnsi" w:hAnsiTheme="majorHAnsi" w:cstheme="majorHAnsi"/>
        </w:rPr>
        <w:t>Metryczkę</w:t>
      </w:r>
      <w:proofErr w:type="spellEnd"/>
      <w:r w:rsidRPr="00EC56CF">
        <w:rPr>
          <w:rFonts w:asciiTheme="majorHAnsi" w:hAnsiTheme="majorHAnsi" w:cstheme="majorHAnsi"/>
        </w:rPr>
        <w:t xml:space="preserve"> </w:t>
      </w:r>
      <w:proofErr w:type="spellStart"/>
      <w:r w:rsidRPr="00EC56CF">
        <w:rPr>
          <w:rFonts w:asciiTheme="majorHAnsi" w:hAnsiTheme="majorHAnsi" w:cstheme="majorHAnsi"/>
        </w:rPr>
        <w:t>należy</w:t>
      </w:r>
      <w:proofErr w:type="spellEnd"/>
      <w:r w:rsidRPr="00EC56CF">
        <w:rPr>
          <w:rFonts w:asciiTheme="majorHAnsi" w:hAnsiTheme="majorHAnsi" w:cstheme="majorHAnsi"/>
        </w:rPr>
        <w:t xml:space="preserve"> </w:t>
      </w:r>
      <w:proofErr w:type="spellStart"/>
      <w:r w:rsidRPr="00EC56CF">
        <w:rPr>
          <w:rFonts w:asciiTheme="majorHAnsi" w:hAnsiTheme="majorHAnsi" w:cstheme="majorHAnsi"/>
        </w:rPr>
        <w:t>trwale</w:t>
      </w:r>
      <w:proofErr w:type="spellEnd"/>
      <w:r w:rsidRPr="00EC56CF">
        <w:rPr>
          <w:rFonts w:asciiTheme="majorHAnsi" w:hAnsiTheme="majorHAnsi" w:cstheme="majorHAnsi"/>
        </w:rPr>
        <w:t xml:space="preserve"> </w:t>
      </w:r>
      <w:proofErr w:type="spellStart"/>
      <w:r w:rsidRPr="00EC56CF">
        <w:rPr>
          <w:rFonts w:asciiTheme="majorHAnsi" w:hAnsiTheme="majorHAnsi" w:cstheme="majorHAnsi"/>
        </w:rPr>
        <w:t>przymocować</w:t>
      </w:r>
      <w:proofErr w:type="spellEnd"/>
      <w:r w:rsidRPr="00EC56CF">
        <w:rPr>
          <w:rFonts w:asciiTheme="majorHAnsi" w:hAnsiTheme="majorHAnsi" w:cstheme="majorHAnsi"/>
        </w:rPr>
        <w:t xml:space="preserve"> do </w:t>
      </w:r>
      <w:proofErr w:type="spellStart"/>
      <w:r w:rsidRPr="00EC56CF">
        <w:rPr>
          <w:rFonts w:asciiTheme="majorHAnsi" w:hAnsiTheme="majorHAnsi" w:cstheme="majorHAnsi"/>
        </w:rPr>
        <w:t>pracy</w:t>
      </w:r>
      <w:proofErr w:type="spellEnd"/>
      <w:r w:rsidRPr="00EC56CF">
        <w:rPr>
          <w:rFonts w:asciiTheme="majorHAnsi" w:hAnsiTheme="majorHAnsi" w:cstheme="majorHAnsi"/>
        </w:rPr>
        <w:t xml:space="preserve"> w </w:t>
      </w:r>
      <w:proofErr w:type="spellStart"/>
      <w:r w:rsidRPr="00EC56CF">
        <w:rPr>
          <w:rFonts w:asciiTheme="majorHAnsi" w:hAnsiTheme="majorHAnsi" w:cstheme="majorHAnsi"/>
        </w:rPr>
        <w:t>miejscu</w:t>
      </w:r>
      <w:proofErr w:type="spellEnd"/>
      <w:r w:rsidRPr="00EC56CF">
        <w:rPr>
          <w:rFonts w:asciiTheme="majorHAnsi" w:hAnsiTheme="majorHAnsi" w:cstheme="majorHAnsi"/>
        </w:rPr>
        <w:t xml:space="preserve">, </w:t>
      </w:r>
      <w:proofErr w:type="spellStart"/>
      <w:r w:rsidRPr="00EC56CF">
        <w:rPr>
          <w:rFonts w:asciiTheme="majorHAnsi" w:hAnsiTheme="majorHAnsi" w:cstheme="majorHAnsi"/>
        </w:rPr>
        <w:t>które</w:t>
      </w:r>
      <w:proofErr w:type="spellEnd"/>
      <w:r w:rsidRPr="00EC56CF">
        <w:rPr>
          <w:rFonts w:asciiTheme="majorHAnsi" w:hAnsiTheme="majorHAnsi" w:cstheme="majorHAnsi"/>
        </w:rPr>
        <w:t xml:space="preserve"> </w:t>
      </w:r>
      <w:proofErr w:type="spellStart"/>
      <w:r w:rsidRPr="00EC56CF">
        <w:rPr>
          <w:rFonts w:asciiTheme="majorHAnsi" w:hAnsiTheme="majorHAnsi" w:cstheme="majorHAnsi"/>
        </w:rPr>
        <w:t>nie</w:t>
      </w:r>
      <w:proofErr w:type="spellEnd"/>
      <w:r w:rsidRPr="00EC56CF">
        <w:rPr>
          <w:rFonts w:asciiTheme="majorHAnsi" w:hAnsiTheme="majorHAnsi" w:cstheme="majorHAnsi"/>
        </w:rPr>
        <w:t xml:space="preserve"> </w:t>
      </w:r>
      <w:proofErr w:type="spellStart"/>
      <w:r w:rsidRPr="00EC56CF">
        <w:rPr>
          <w:rFonts w:asciiTheme="majorHAnsi" w:hAnsiTheme="majorHAnsi" w:cstheme="majorHAnsi"/>
        </w:rPr>
        <w:t>wpływa</w:t>
      </w:r>
      <w:proofErr w:type="spellEnd"/>
      <w:r w:rsidRPr="00EC56CF">
        <w:rPr>
          <w:rFonts w:asciiTheme="majorHAnsi" w:hAnsiTheme="majorHAnsi" w:cstheme="majorHAnsi"/>
        </w:rPr>
        <w:t xml:space="preserve"> </w:t>
      </w:r>
      <w:proofErr w:type="spellStart"/>
      <w:r w:rsidRPr="00EC56CF">
        <w:rPr>
          <w:rFonts w:asciiTheme="majorHAnsi" w:hAnsiTheme="majorHAnsi" w:cstheme="majorHAnsi"/>
        </w:rPr>
        <w:t>na</w:t>
      </w:r>
      <w:proofErr w:type="spellEnd"/>
      <w:r w:rsidRPr="00EC56CF">
        <w:rPr>
          <w:rFonts w:asciiTheme="majorHAnsi" w:hAnsiTheme="majorHAnsi" w:cstheme="majorHAnsi"/>
        </w:rPr>
        <w:t xml:space="preserve"> </w:t>
      </w:r>
      <w:proofErr w:type="spellStart"/>
      <w:r w:rsidRPr="00EC56CF">
        <w:rPr>
          <w:rFonts w:asciiTheme="majorHAnsi" w:hAnsiTheme="majorHAnsi" w:cstheme="majorHAnsi"/>
        </w:rPr>
        <w:t>jej</w:t>
      </w:r>
      <w:proofErr w:type="spellEnd"/>
      <w:r w:rsidRPr="00EC56CF">
        <w:rPr>
          <w:rFonts w:asciiTheme="majorHAnsi" w:hAnsiTheme="majorHAnsi" w:cstheme="majorHAnsi"/>
        </w:rPr>
        <w:t xml:space="preserve"> </w:t>
      </w:r>
      <w:proofErr w:type="spellStart"/>
      <w:r w:rsidRPr="00EC56CF">
        <w:rPr>
          <w:rFonts w:asciiTheme="majorHAnsi" w:hAnsiTheme="majorHAnsi" w:cstheme="majorHAnsi"/>
        </w:rPr>
        <w:t>ocenę</w:t>
      </w:r>
      <w:proofErr w:type="spellEnd"/>
      <w:r w:rsidRPr="00EC56CF">
        <w:rPr>
          <w:rFonts w:asciiTheme="majorHAnsi" w:hAnsiTheme="majorHAnsi" w:cstheme="majorHAnsi"/>
        </w:rPr>
        <w:t>.</w:t>
      </w:r>
    </w:p>
    <w:p w14:paraId="73F24766" w14:textId="77777777" w:rsidR="008B2593" w:rsidRPr="00EC56CF" w:rsidRDefault="008B2593" w:rsidP="00EC56CF">
      <w:pPr>
        <w:jc w:val="center"/>
        <w:rPr>
          <w:rFonts w:asciiTheme="majorHAnsi" w:hAnsiTheme="majorHAnsi" w:cstheme="majorHAnsi"/>
        </w:rPr>
      </w:pPr>
    </w:p>
    <w:p w14:paraId="0FFAF7C5" w14:textId="77777777" w:rsidR="00EC56CF" w:rsidRPr="00EC56CF" w:rsidRDefault="00EC56CF" w:rsidP="00EC56CF">
      <w:pPr>
        <w:jc w:val="center"/>
        <w:rPr>
          <w:rFonts w:asciiTheme="majorHAnsi" w:hAnsiTheme="majorHAnsi" w:cstheme="maj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EC56CF" w:rsidRPr="00EC56CF" w14:paraId="6C36A6B1" w14:textId="77777777" w:rsidTr="007F712F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A0009D9" w14:textId="77777777" w:rsidR="00EC56CF" w:rsidRPr="00EC56CF" w:rsidRDefault="00EC56CF" w:rsidP="00EC56CF">
            <w:pPr>
              <w:rPr>
                <w:rFonts w:asciiTheme="majorHAnsi" w:hAnsiTheme="majorHAnsi" w:cstheme="majorHAnsi"/>
              </w:rPr>
            </w:pPr>
            <w:proofErr w:type="spellStart"/>
            <w:r w:rsidRPr="00EC56CF">
              <w:rPr>
                <w:rFonts w:asciiTheme="majorHAnsi" w:hAnsiTheme="majorHAnsi" w:cstheme="majorHAnsi"/>
                <w:b/>
                <w:sz w:val="19"/>
              </w:rPr>
              <w:t>Imię</w:t>
            </w:r>
            <w:proofErr w:type="spellEnd"/>
            <w:r w:rsidRPr="00EC56CF">
              <w:rPr>
                <w:rFonts w:asciiTheme="majorHAnsi" w:hAnsiTheme="majorHAnsi" w:cstheme="majorHAnsi"/>
                <w:b/>
                <w:sz w:val="19"/>
              </w:rPr>
              <w:t xml:space="preserve"> i </w:t>
            </w:r>
            <w:proofErr w:type="spellStart"/>
            <w:r w:rsidRPr="00EC56CF">
              <w:rPr>
                <w:rFonts w:asciiTheme="majorHAnsi" w:hAnsiTheme="majorHAnsi" w:cstheme="majorHAnsi"/>
                <w:b/>
                <w:sz w:val="19"/>
              </w:rPr>
              <w:t>nazwisko</w:t>
            </w:r>
            <w:proofErr w:type="spellEnd"/>
            <w:r w:rsidRPr="00EC56CF">
              <w:rPr>
                <w:rFonts w:asciiTheme="majorHAnsi" w:hAnsiTheme="majorHAnsi" w:cstheme="majorHAnsi"/>
                <w:b/>
                <w:sz w:val="19"/>
              </w:rPr>
              <w:t xml:space="preserve"> </w:t>
            </w:r>
            <w:proofErr w:type="spellStart"/>
            <w:r w:rsidRPr="00EC56CF">
              <w:rPr>
                <w:rFonts w:asciiTheme="majorHAnsi" w:hAnsiTheme="majorHAnsi" w:cstheme="majorHAnsi"/>
                <w:b/>
                <w:sz w:val="19"/>
              </w:rPr>
              <w:t>ucznia</w:t>
            </w:r>
            <w:proofErr w:type="spellEnd"/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5E869608" w14:textId="77777777" w:rsidR="00EC56CF" w:rsidRPr="00EC56CF" w:rsidRDefault="00EC56CF" w:rsidP="00EC56CF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EC56CF" w:rsidRPr="00EC56CF" w14:paraId="2D43E4D6" w14:textId="77777777" w:rsidTr="007F712F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07A5C2D3" w14:textId="77777777" w:rsidR="00EC56CF" w:rsidRPr="00EC56CF" w:rsidRDefault="00EC56CF" w:rsidP="00EC56CF">
            <w:pPr>
              <w:rPr>
                <w:rFonts w:asciiTheme="majorHAnsi" w:hAnsiTheme="majorHAnsi" w:cstheme="majorHAnsi"/>
              </w:rPr>
            </w:pPr>
            <w:proofErr w:type="spellStart"/>
            <w:r w:rsidRPr="00EC56CF">
              <w:rPr>
                <w:rFonts w:asciiTheme="majorHAnsi" w:hAnsiTheme="majorHAnsi" w:cstheme="majorHAnsi"/>
                <w:b/>
                <w:sz w:val="19"/>
              </w:rPr>
              <w:t>Klasa</w:t>
            </w:r>
            <w:proofErr w:type="spellEnd"/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D2FC921" w14:textId="77777777" w:rsidR="00EC56CF" w:rsidRPr="00EC56CF" w:rsidRDefault="00EC56CF" w:rsidP="00EC56CF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EC56CF" w:rsidRPr="00EC56CF" w14:paraId="0F8669AA" w14:textId="77777777" w:rsidTr="007F712F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0AEA44F" w14:textId="77777777" w:rsidR="00EC56CF" w:rsidRPr="00EC56CF" w:rsidRDefault="00EC56CF" w:rsidP="00EC56CF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b/>
                <w:sz w:val="19"/>
              </w:rPr>
              <w:t xml:space="preserve">Nazwa </w:t>
            </w:r>
            <w:proofErr w:type="spellStart"/>
            <w:r w:rsidRPr="00EC56CF">
              <w:rPr>
                <w:rFonts w:asciiTheme="majorHAnsi" w:hAnsiTheme="majorHAnsi" w:cstheme="majorHAnsi"/>
                <w:b/>
                <w:sz w:val="19"/>
              </w:rPr>
              <w:t>szkoły</w:t>
            </w:r>
            <w:proofErr w:type="spellEnd"/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66E237E0" w14:textId="77777777" w:rsidR="00EC56CF" w:rsidRPr="00EC56CF" w:rsidRDefault="00EC56CF" w:rsidP="00EC56CF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EC56CF" w:rsidRPr="00EC56CF" w14:paraId="0EB39C01" w14:textId="77777777" w:rsidTr="007F712F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329057B4" w14:textId="77777777" w:rsidR="00EC56CF" w:rsidRPr="00EC56CF" w:rsidRDefault="00EC56CF" w:rsidP="00EC56CF">
            <w:pPr>
              <w:rPr>
                <w:rFonts w:asciiTheme="majorHAnsi" w:hAnsiTheme="majorHAnsi" w:cstheme="majorHAnsi"/>
              </w:rPr>
            </w:pPr>
            <w:proofErr w:type="spellStart"/>
            <w:r w:rsidRPr="00EC56CF">
              <w:rPr>
                <w:rFonts w:asciiTheme="majorHAnsi" w:hAnsiTheme="majorHAnsi" w:cstheme="majorHAnsi"/>
                <w:b/>
                <w:sz w:val="19"/>
              </w:rPr>
              <w:t>Tytuł</w:t>
            </w:r>
            <w:proofErr w:type="spellEnd"/>
            <w:r w:rsidRPr="00EC56CF">
              <w:rPr>
                <w:rFonts w:asciiTheme="majorHAnsi" w:hAnsiTheme="majorHAnsi" w:cstheme="majorHAnsi"/>
                <w:b/>
                <w:sz w:val="19"/>
              </w:rPr>
              <w:t xml:space="preserve"> </w:t>
            </w:r>
            <w:proofErr w:type="spellStart"/>
            <w:r w:rsidRPr="00EC56CF">
              <w:rPr>
                <w:rFonts w:asciiTheme="majorHAnsi" w:hAnsiTheme="majorHAnsi" w:cstheme="majorHAnsi"/>
                <w:b/>
                <w:sz w:val="19"/>
              </w:rPr>
              <w:t>pracy</w:t>
            </w:r>
            <w:proofErr w:type="spellEnd"/>
            <w:r w:rsidRPr="00EC56CF">
              <w:rPr>
                <w:rFonts w:asciiTheme="majorHAnsi" w:hAnsiTheme="majorHAnsi" w:cstheme="majorHAnsi"/>
                <w:b/>
                <w:sz w:val="19"/>
              </w:rPr>
              <w:t xml:space="preserve"> (</w:t>
            </w:r>
            <w:proofErr w:type="spellStart"/>
            <w:r w:rsidRPr="00EC56CF">
              <w:rPr>
                <w:rFonts w:asciiTheme="majorHAnsi" w:hAnsiTheme="majorHAnsi" w:cstheme="majorHAnsi"/>
                <w:b/>
                <w:sz w:val="19"/>
              </w:rPr>
              <w:t>opcjonalnie</w:t>
            </w:r>
            <w:proofErr w:type="spellEnd"/>
            <w:r w:rsidRPr="00EC56CF">
              <w:rPr>
                <w:rFonts w:asciiTheme="majorHAnsi" w:hAnsiTheme="majorHAnsi" w:cstheme="majorHAnsi"/>
                <w:b/>
                <w:sz w:val="19"/>
              </w:rPr>
              <w:t>)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66817007" w14:textId="77777777" w:rsidR="00EC56CF" w:rsidRPr="00EC56CF" w:rsidRDefault="00EC56CF" w:rsidP="00EC56CF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EC56CF" w:rsidRPr="00EC56CF" w14:paraId="6F4D3AB8" w14:textId="77777777" w:rsidTr="007F712F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1B749594" w14:textId="77777777" w:rsidR="00EC56CF" w:rsidRPr="00EC56CF" w:rsidRDefault="00EC56CF" w:rsidP="00EC56CF">
            <w:pPr>
              <w:rPr>
                <w:rFonts w:asciiTheme="majorHAnsi" w:hAnsiTheme="majorHAnsi" w:cstheme="majorHAnsi"/>
              </w:rPr>
            </w:pPr>
            <w:proofErr w:type="spellStart"/>
            <w:r w:rsidRPr="00EC56CF">
              <w:rPr>
                <w:rFonts w:asciiTheme="majorHAnsi" w:hAnsiTheme="majorHAnsi" w:cstheme="majorHAnsi"/>
                <w:b/>
                <w:sz w:val="19"/>
              </w:rPr>
              <w:t>Kategoria</w:t>
            </w:r>
            <w:proofErr w:type="spellEnd"/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629AFF9E" w14:textId="77777777" w:rsidR="00EC56CF" w:rsidRPr="00EC56CF" w:rsidRDefault="00EC56CF" w:rsidP="00EC56CF">
            <w:pPr>
              <w:rPr>
                <w:rFonts w:asciiTheme="majorHAnsi" w:hAnsiTheme="majorHAnsi" w:cstheme="majorHAnsi"/>
              </w:rPr>
            </w:pPr>
            <w:r w:rsidRPr="00EC56CF">
              <w:rPr>
                <w:rFonts w:asciiTheme="majorHAnsi" w:hAnsiTheme="majorHAnsi" w:cstheme="majorHAnsi"/>
                <w:sz w:val="20"/>
              </w:rPr>
              <w:br/>
            </w:r>
            <w:r w:rsidRPr="00EC56CF">
              <w:rPr>
                <w:rFonts w:ascii="Segoe UI Symbol" w:hAnsi="Segoe UI Symbol" w:cs="Segoe UI Symbol"/>
                <w:sz w:val="20"/>
              </w:rPr>
              <w:t>☐</w:t>
            </w:r>
            <w:r w:rsidRPr="00EC56CF">
              <w:rPr>
                <w:rFonts w:asciiTheme="majorHAnsi" w:hAnsiTheme="majorHAnsi" w:cstheme="majorHAnsi"/>
                <w:sz w:val="20"/>
              </w:rPr>
              <w:t xml:space="preserve"> I</w:t>
            </w:r>
            <w:r w:rsidRPr="00EC56CF">
              <w:rPr>
                <w:rFonts w:ascii="Calibri" w:hAnsi="Calibri" w:cs="Calibri"/>
                <w:sz w:val="20"/>
              </w:rPr>
              <w:t>–</w:t>
            </w:r>
            <w:r w:rsidRPr="00EC56CF">
              <w:rPr>
                <w:rFonts w:asciiTheme="majorHAnsi" w:hAnsiTheme="majorHAnsi" w:cstheme="majorHAnsi"/>
                <w:sz w:val="20"/>
              </w:rPr>
              <w:t xml:space="preserve">III     </w:t>
            </w:r>
            <w:r w:rsidRPr="00EC56CF">
              <w:rPr>
                <w:rFonts w:ascii="Segoe UI Symbol" w:hAnsi="Segoe UI Symbol" w:cs="Segoe UI Symbol"/>
                <w:sz w:val="20"/>
              </w:rPr>
              <w:t>☐</w:t>
            </w:r>
            <w:r w:rsidRPr="00EC56CF">
              <w:rPr>
                <w:rFonts w:asciiTheme="majorHAnsi" w:hAnsiTheme="majorHAnsi" w:cstheme="majorHAnsi"/>
                <w:sz w:val="20"/>
              </w:rPr>
              <w:t xml:space="preserve"> IV</w:t>
            </w:r>
            <w:r w:rsidRPr="00EC56CF">
              <w:rPr>
                <w:rFonts w:ascii="Calibri" w:hAnsi="Calibri" w:cs="Calibri"/>
                <w:sz w:val="20"/>
              </w:rPr>
              <w:t>–</w:t>
            </w:r>
            <w:r w:rsidRPr="00EC56CF">
              <w:rPr>
                <w:rFonts w:asciiTheme="majorHAnsi" w:hAnsiTheme="majorHAnsi" w:cstheme="majorHAnsi"/>
                <w:sz w:val="20"/>
              </w:rPr>
              <w:t xml:space="preserve">VI     </w:t>
            </w:r>
            <w:r w:rsidRPr="00EC56CF">
              <w:rPr>
                <w:rFonts w:ascii="Segoe UI Symbol" w:hAnsi="Segoe UI Symbol" w:cs="Segoe UI Symbol"/>
                <w:sz w:val="20"/>
              </w:rPr>
              <w:t>☐</w:t>
            </w:r>
            <w:r w:rsidRPr="00EC56CF">
              <w:rPr>
                <w:rFonts w:asciiTheme="majorHAnsi" w:hAnsiTheme="majorHAnsi" w:cstheme="majorHAnsi"/>
                <w:sz w:val="20"/>
              </w:rPr>
              <w:t xml:space="preserve"> VII</w:t>
            </w:r>
            <w:r w:rsidRPr="00EC56CF">
              <w:rPr>
                <w:rFonts w:ascii="Calibri" w:hAnsi="Calibri" w:cs="Calibri"/>
                <w:sz w:val="20"/>
              </w:rPr>
              <w:t>–</w:t>
            </w:r>
            <w:r w:rsidRPr="00EC56CF">
              <w:rPr>
                <w:rFonts w:asciiTheme="majorHAnsi" w:hAnsiTheme="majorHAnsi" w:cstheme="majorHAnsi"/>
                <w:sz w:val="20"/>
              </w:rPr>
              <w:t>VIII</w:t>
            </w:r>
          </w:p>
        </w:tc>
      </w:tr>
    </w:tbl>
    <w:p w14:paraId="00D29B62" w14:textId="77777777" w:rsidR="00EC56CF" w:rsidRPr="00EC56CF" w:rsidRDefault="00EC56CF" w:rsidP="00EC56CF">
      <w:pPr>
        <w:rPr>
          <w:rFonts w:asciiTheme="majorHAnsi" w:hAnsiTheme="majorHAnsi" w:cstheme="majorHAnsi"/>
        </w:rPr>
      </w:pPr>
    </w:p>
    <w:sectPr w:rsidR="00EC56CF" w:rsidRPr="00EC56CF" w:rsidSect="00034616">
      <w:headerReference w:type="default" r:id="rId8"/>
      <w:footerReference w:type="default" r:id="rId9"/>
      <w:pgSz w:w="12240" w:h="15840"/>
      <w:pgMar w:top="964" w:right="1134" w:bottom="964" w:left="1134" w:header="255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83AA8" w14:textId="77777777" w:rsidR="00AE0347" w:rsidRDefault="00AE0347">
      <w:pPr>
        <w:spacing w:after="0" w:line="240" w:lineRule="auto"/>
      </w:pPr>
      <w:r>
        <w:separator/>
      </w:r>
    </w:p>
  </w:endnote>
  <w:endnote w:type="continuationSeparator" w:id="0">
    <w:p w14:paraId="07B95133" w14:textId="77777777" w:rsidR="00AE0347" w:rsidRDefault="00AE0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5D737" w14:textId="77777777" w:rsidR="009533D2" w:rsidRDefault="00000000">
    <w:pPr>
      <w:pStyle w:val="Stopka"/>
      <w:jc w:val="center"/>
    </w:pPr>
    <w:r>
      <w:rPr>
        <w:color w:val="5F5F5F"/>
        <w:sz w:val="16"/>
      </w:rPr>
      <w:t>Projekt nr FEMP.02.13-IZ.00-0294/24  •  „</w:t>
    </w:r>
    <w:proofErr w:type="spellStart"/>
    <w:r>
      <w:rPr>
        <w:color w:val="5F5F5F"/>
        <w:sz w:val="16"/>
      </w:rPr>
      <w:t>Rozbudowa</w:t>
    </w:r>
    <w:proofErr w:type="spellEnd"/>
    <w:r>
      <w:rPr>
        <w:color w:val="5F5F5F"/>
        <w:sz w:val="16"/>
      </w:rPr>
      <w:t xml:space="preserve"> </w:t>
    </w:r>
    <w:proofErr w:type="spellStart"/>
    <w:r>
      <w:rPr>
        <w:color w:val="5F5F5F"/>
        <w:sz w:val="16"/>
      </w:rPr>
      <w:t>punktów</w:t>
    </w:r>
    <w:proofErr w:type="spellEnd"/>
    <w:r>
      <w:rPr>
        <w:color w:val="5F5F5F"/>
        <w:sz w:val="16"/>
      </w:rPr>
      <w:t xml:space="preserve"> </w:t>
    </w:r>
    <w:proofErr w:type="spellStart"/>
    <w:r>
      <w:rPr>
        <w:color w:val="5F5F5F"/>
        <w:sz w:val="16"/>
      </w:rPr>
      <w:t>selektywnego</w:t>
    </w:r>
    <w:proofErr w:type="spellEnd"/>
    <w:r>
      <w:rPr>
        <w:color w:val="5F5F5F"/>
        <w:sz w:val="16"/>
      </w:rPr>
      <w:t xml:space="preserve"> </w:t>
    </w:r>
    <w:proofErr w:type="spellStart"/>
    <w:r>
      <w:rPr>
        <w:color w:val="5F5F5F"/>
        <w:sz w:val="16"/>
      </w:rPr>
      <w:t>zbierania</w:t>
    </w:r>
    <w:proofErr w:type="spellEnd"/>
    <w:r>
      <w:rPr>
        <w:color w:val="5F5F5F"/>
        <w:sz w:val="16"/>
      </w:rPr>
      <w:t xml:space="preserve"> </w:t>
    </w:r>
    <w:proofErr w:type="spellStart"/>
    <w:r>
      <w:rPr>
        <w:color w:val="5F5F5F"/>
        <w:sz w:val="16"/>
      </w:rPr>
      <w:t>odpadów</w:t>
    </w:r>
    <w:proofErr w:type="spellEnd"/>
    <w:r>
      <w:rPr>
        <w:color w:val="5F5F5F"/>
        <w:sz w:val="16"/>
      </w:rPr>
      <w:t xml:space="preserve"> w </w:t>
    </w:r>
    <w:proofErr w:type="spellStart"/>
    <w:r>
      <w:rPr>
        <w:color w:val="5F5F5F"/>
        <w:sz w:val="16"/>
      </w:rPr>
      <w:t>Gminie</w:t>
    </w:r>
    <w:proofErr w:type="spellEnd"/>
    <w:r>
      <w:rPr>
        <w:color w:val="5F5F5F"/>
        <w:sz w:val="16"/>
      </w:rPr>
      <w:t xml:space="preserve"> </w:t>
    </w:r>
    <w:proofErr w:type="spellStart"/>
    <w:r>
      <w:rPr>
        <w:color w:val="5F5F5F"/>
        <w:sz w:val="16"/>
      </w:rPr>
      <w:t>Łącko</w:t>
    </w:r>
    <w:proofErr w:type="spellEnd"/>
    <w:r>
      <w:rPr>
        <w:color w:val="5F5F5F"/>
        <w:sz w:val="16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D1AC5" w14:textId="77777777" w:rsidR="00AE0347" w:rsidRDefault="00AE0347">
      <w:pPr>
        <w:spacing w:after="0" w:line="240" w:lineRule="auto"/>
      </w:pPr>
      <w:r>
        <w:separator/>
      </w:r>
    </w:p>
  </w:footnote>
  <w:footnote w:type="continuationSeparator" w:id="0">
    <w:p w14:paraId="702039BC" w14:textId="77777777" w:rsidR="00AE0347" w:rsidRDefault="00AE0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9611C" w14:textId="77777777" w:rsidR="009533D2" w:rsidRDefault="00000000">
    <w:pPr>
      <w:pStyle w:val="Nagwek"/>
      <w:spacing w:after="100"/>
      <w:jc w:val="center"/>
    </w:pPr>
    <w:r>
      <w:rPr>
        <w:noProof/>
      </w:rPr>
      <w:drawing>
        <wp:inline distT="0" distB="0" distL="0" distR="0" wp14:anchorId="3857A0C6" wp14:editId="14BF9284">
          <wp:extent cx="5903999" cy="518552"/>
          <wp:effectExtent l="0" t="0" r="0" b="0"/>
          <wp:docPr id="1" name="Picture 1" descr="Logotypy: Fundusze Europejskie dla Małopolski, Rzeczpospolita Polska, Dofinansowane przez Unię Europejską, flaga UE, Małopolska" title="Logotypy: Fundusze Europejskie dla Małopolski, Rzeczpospolita Polska, Dofinansowane przez Unię Europejską, flaga UE,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_FEM_Malopols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3999" cy="5185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5860341">
    <w:abstractNumId w:val="8"/>
  </w:num>
  <w:num w:numId="2" w16cid:durableId="1829326208">
    <w:abstractNumId w:val="6"/>
  </w:num>
  <w:num w:numId="3" w16cid:durableId="1284310885">
    <w:abstractNumId w:val="5"/>
  </w:num>
  <w:num w:numId="4" w16cid:durableId="476848779">
    <w:abstractNumId w:val="4"/>
  </w:num>
  <w:num w:numId="5" w16cid:durableId="5446442">
    <w:abstractNumId w:val="7"/>
  </w:num>
  <w:num w:numId="6" w16cid:durableId="1353797227">
    <w:abstractNumId w:val="3"/>
  </w:num>
  <w:num w:numId="7" w16cid:durableId="2005160812">
    <w:abstractNumId w:val="2"/>
  </w:num>
  <w:num w:numId="8" w16cid:durableId="808204029">
    <w:abstractNumId w:val="1"/>
  </w:num>
  <w:num w:numId="9" w16cid:durableId="1888881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B2593"/>
    <w:rsid w:val="009533D2"/>
    <w:rsid w:val="00AA1D8D"/>
    <w:rsid w:val="00AE0347"/>
    <w:rsid w:val="00B47730"/>
    <w:rsid w:val="00CB0664"/>
    <w:rsid w:val="00EC56CF"/>
    <w:rsid w:val="00F11F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24B1C7"/>
  <w14:defaultImageDpi w14:val="300"/>
  <w15:docId w15:val="{A6ED54B6-7999-412F-8AE5-6529E17F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color w:val="20312B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6753A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keepNext/>
      <w:spacing w:after="80"/>
    </w:pPr>
    <w:rPr>
      <w:rFonts w:ascii="Aptos Display" w:hAnsi="Aptos Display"/>
      <w:b/>
      <w:color w:val="20312B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4280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Alina Plata</cp:lastModifiedBy>
  <cp:revision>2</cp:revision>
  <cp:lastPrinted>2026-09-11T11:15:00Z</cp:lastPrinted>
  <dcterms:created xsi:type="dcterms:W3CDTF">2026-09-11T11:15:00Z</dcterms:created>
  <dcterms:modified xsi:type="dcterms:W3CDTF">2026-09-11T11:15:00Z</dcterms:modified>
  <cp:category/>
</cp:coreProperties>
</file>